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C46" w:rsidRDefault="00C92C00" w:rsidP="00D60C46">
      <w:pPr>
        <w:pStyle w:val="Nadpis1"/>
        <w:spacing w:before="0" w:line="360" w:lineRule="auto"/>
        <w:jc w:val="center"/>
        <w:rPr>
          <w:rFonts w:ascii="Arial" w:hAnsi="Arial" w:cs="Arial"/>
          <w:color w:val="auto"/>
          <w:lang w:val="sk-SK"/>
        </w:rPr>
      </w:pPr>
      <w:r w:rsidRPr="00C92C00">
        <w:rPr>
          <w:rFonts w:ascii="Arial" w:hAnsi="Arial" w:cs="Arial"/>
          <w:color w:val="auto"/>
        </w:rPr>
        <w:t>POUČENIE A POTVRDENIE O OBOZNÁMENÍ SA SO SPRACÚVANÍM OSOBNÝCH ÚDAJOV</w:t>
      </w:r>
    </w:p>
    <w:p w:rsidR="00D60C46" w:rsidRPr="003759C3" w:rsidRDefault="002D4B49" w:rsidP="00D60C46">
      <w:pPr>
        <w:pStyle w:val="Nadpis1"/>
        <w:spacing w:before="0" w:line="360" w:lineRule="auto"/>
        <w:jc w:val="center"/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sk-SK"/>
        </w:rPr>
      </w:pPr>
      <w:r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sk-SK"/>
        </w:rPr>
        <w:t xml:space="preserve">ako príloha </w:t>
      </w:r>
      <w:r w:rsidR="00C42ECF" w:rsidRPr="003759C3"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sk-SK"/>
        </w:rPr>
        <w:t>k žiadosti o zaradenie do výberového konania pre</w:t>
      </w:r>
      <w:r w:rsidR="00D60C46" w:rsidRPr="003759C3"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sk-SK"/>
        </w:rPr>
        <w:t xml:space="preserve"> </w:t>
      </w:r>
    </w:p>
    <w:p w:rsidR="00D60C46" w:rsidRPr="00D60C46" w:rsidRDefault="00D60C46" w:rsidP="00D60C46">
      <w:pPr>
        <w:rPr>
          <w:lang w:val="sk-SK"/>
        </w:rPr>
      </w:pPr>
    </w:p>
    <w:p w:rsidR="00D60C46" w:rsidRPr="00D60C46" w:rsidRDefault="00D60C46" w:rsidP="00D60C46">
      <w:pPr>
        <w:spacing w:after="0" w:line="360" w:lineRule="auto"/>
        <w:rPr>
          <w:rFonts w:ascii="Arial" w:hAnsi="Arial" w:cs="Arial"/>
          <w:b/>
          <w:lang w:val="sk-SK"/>
        </w:rPr>
      </w:pPr>
      <w:r>
        <w:rPr>
          <w:rFonts w:ascii="Arial" w:hAnsi="Arial" w:cs="Arial"/>
          <w:b/>
          <w:lang w:val="sk-SK"/>
        </w:rPr>
        <w:t>VYHLASOVATEĽA</w:t>
      </w:r>
      <w:r w:rsidRPr="00D60C46">
        <w:rPr>
          <w:rFonts w:ascii="Arial" w:hAnsi="Arial" w:cs="Arial"/>
          <w:b/>
          <w:lang w:val="sk-SK"/>
        </w:rPr>
        <w:t>:</w:t>
      </w:r>
    </w:p>
    <w:p w:rsidR="00C42ECF" w:rsidRPr="00C42ECF" w:rsidRDefault="00C42ECF" w:rsidP="00D60C46">
      <w:pPr>
        <w:spacing w:after="0" w:line="360" w:lineRule="auto"/>
        <w:rPr>
          <w:rFonts w:ascii="Arial" w:hAnsi="Arial" w:cs="Arial"/>
          <w:lang w:val="sk-SK"/>
        </w:rPr>
      </w:pPr>
      <w:r w:rsidRPr="00D60C46">
        <w:rPr>
          <w:rFonts w:ascii="Arial" w:hAnsi="Arial" w:cs="Arial"/>
          <w:lang w:val="sk-SK"/>
        </w:rPr>
        <w:t>Vysok</w:t>
      </w:r>
      <w:r w:rsidR="00D60C46">
        <w:rPr>
          <w:rFonts w:ascii="Arial" w:hAnsi="Arial" w:cs="Arial"/>
          <w:lang w:val="sk-SK"/>
        </w:rPr>
        <w:t>á</w:t>
      </w:r>
      <w:r w:rsidRPr="00D60C46">
        <w:rPr>
          <w:rFonts w:ascii="Arial" w:hAnsi="Arial" w:cs="Arial"/>
          <w:lang w:val="sk-SK"/>
        </w:rPr>
        <w:t xml:space="preserve"> škol</w:t>
      </w:r>
      <w:r w:rsidR="00D60C46">
        <w:rPr>
          <w:rFonts w:ascii="Arial" w:hAnsi="Arial" w:cs="Arial"/>
          <w:lang w:val="sk-SK"/>
        </w:rPr>
        <w:t>a</w:t>
      </w:r>
      <w:r w:rsidRPr="00D60C46">
        <w:rPr>
          <w:rFonts w:ascii="Arial" w:hAnsi="Arial" w:cs="Arial"/>
          <w:lang w:val="sk-SK"/>
        </w:rPr>
        <w:t xml:space="preserve"> zdravotníctva a sociálnej práce sv. Alžbety v Bratislave, n. o. </w:t>
      </w:r>
    </w:p>
    <w:p w:rsidR="00C42ECF" w:rsidRPr="00C42ECF" w:rsidRDefault="00C42ECF" w:rsidP="00D60C46">
      <w:pPr>
        <w:spacing w:after="0" w:line="360" w:lineRule="auto"/>
        <w:rPr>
          <w:rFonts w:ascii="Arial" w:hAnsi="Arial" w:cs="Arial"/>
          <w:lang w:val="sk-SK"/>
        </w:rPr>
      </w:pPr>
      <w:proofErr w:type="spellStart"/>
      <w:r w:rsidRPr="00C42ECF">
        <w:rPr>
          <w:rFonts w:ascii="Arial" w:hAnsi="Arial" w:cs="Arial"/>
          <w:lang w:val="sk-SK"/>
        </w:rPr>
        <w:t>Palackého</w:t>
      </w:r>
      <w:proofErr w:type="spellEnd"/>
      <w:r w:rsidRPr="00C42ECF">
        <w:rPr>
          <w:rFonts w:ascii="Arial" w:hAnsi="Arial" w:cs="Arial"/>
          <w:lang w:val="sk-SK"/>
        </w:rPr>
        <w:t xml:space="preserve"> 1, 811 02 Bratislava.</w:t>
      </w:r>
    </w:p>
    <w:p w:rsidR="00C42ECF" w:rsidRPr="00C42ECF" w:rsidRDefault="003759C3" w:rsidP="00D60C46">
      <w:pPr>
        <w:spacing w:after="0" w:line="360" w:lineRule="auto"/>
        <w:rPr>
          <w:rFonts w:ascii="Arial" w:hAnsi="Arial" w:cs="Arial"/>
          <w:b/>
          <w:lang w:val="sk-SK"/>
        </w:rPr>
      </w:pPr>
      <w:r w:rsidRPr="00C42ECF">
        <w:rPr>
          <w:rFonts w:ascii="Arial" w:hAnsi="Arial" w:cs="Arial"/>
          <w:lang w:val="sk-SK"/>
        </w:rPr>
        <w:t>Výberové konanie č.: ........................................</w:t>
      </w:r>
      <w:r w:rsidRPr="00C42ECF">
        <w:rPr>
          <w:rFonts w:ascii="Arial" w:hAnsi="Arial" w:cs="Arial"/>
          <w:lang w:val="sk-SK"/>
        </w:rPr>
        <w:br/>
        <w:t>Funkčné miesto: .............................................</w:t>
      </w:r>
      <w:r w:rsidRPr="00C42ECF">
        <w:rPr>
          <w:rFonts w:ascii="Arial" w:hAnsi="Arial" w:cs="Arial"/>
          <w:lang w:val="sk-SK"/>
        </w:rPr>
        <w:br/>
        <w:t>Študijný program: ............................................</w:t>
      </w:r>
      <w:r w:rsidRPr="00C42ECF">
        <w:rPr>
          <w:rFonts w:ascii="Arial" w:hAnsi="Arial" w:cs="Arial"/>
          <w:lang w:val="sk-SK"/>
        </w:rPr>
        <w:br/>
      </w:r>
    </w:p>
    <w:p w:rsidR="00C42ECF" w:rsidRDefault="003759C3" w:rsidP="00D60C46">
      <w:pPr>
        <w:spacing w:after="0" w:line="360" w:lineRule="auto"/>
        <w:rPr>
          <w:rFonts w:ascii="Arial" w:hAnsi="Arial" w:cs="Arial"/>
          <w:lang w:val="sk-SK"/>
        </w:rPr>
      </w:pPr>
      <w:r w:rsidRPr="00C42ECF">
        <w:rPr>
          <w:rFonts w:ascii="Arial" w:hAnsi="Arial" w:cs="Arial"/>
          <w:b/>
          <w:lang w:val="sk-SK"/>
        </w:rPr>
        <w:t>IDENTIFIKAČNÉ ÚDAJE UCHÁDZAČA</w:t>
      </w:r>
      <w:r w:rsidR="00D60C46">
        <w:rPr>
          <w:rFonts w:ascii="Arial" w:hAnsi="Arial" w:cs="Arial"/>
          <w:b/>
          <w:lang w:val="sk-SK"/>
        </w:rPr>
        <w:t>:</w:t>
      </w:r>
      <w:r w:rsidRPr="00C42ECF">
        <w:rPr>
          <w:rFonts w:ascii="Arial" w:hAnsi="Arial" w:cs="Arial"/>
          <w:b/>
          <w:lang w:val="sk-SK"/>
        </w:rPr>
        <w:br/>
      </w:r>
      <w:r w:rsidRPr="00C42ECF">
        <w:rPr>
          <w:rFonts w:ascii="Arial" w:hAnsi="Arial" w:cs="Arial"/>
          <w:lang w:val="sk-SK"/>
        </w:rPr>
        <w:t>Meno a priezvisko: ...........................................</w:t>
      </w:r>
      <w:r w:rsidRPr="00C42ECF">
        <w:rPr>
          <w:rFonts w:ascii="Arial" w:hAnsi="Arial" w:cs="Arial"/>
          <w:lang w:val="sk-SK"/>
        </w:rPr>
        <w:br/>
        <w:t>Tituly: ......................................................</w:t>
      </w:r>
      <w:r w:rsidRPr="00C42ECF">
        <w:rPr>
          <w:rFonts w:ascii="Arial" w:hAnsi="Arial" w:cs="Arial"/>
          <w:lang w:val="sk-SK"/>
        </w:rPr>
        <w:br/>
        <w:t>Dátum narodenia: .............................................</w:t>
      </w:r>
      <w:r w:rsidRPr="00C42ECF">
        <w:rPr>
          <w:rFonts w:ascii="Arial" w:hAnsi="Arial" w:cs="Arial"/>
          <w:lang w:val="sk-SK"/>
        </w:rPr>
        <w:br/>
        <w:t>Adresa trvalého pobytu: ......................................</w:t>
      </w:r>
      <w:r w:rsidRPr="00C42ECF">
        <w:rPr>
          <w:rFonts w:ascii="Arial" w:hAnsi="Arial" w:cs="Arial"/>
          <w:lang w:val="sk-SK"/>
        </w:rPr>
        <w:br/>
      </w:r>
    </w:p>
    <w:p w:rsidR="00C92C00" w:rsidRPr="00C92C00" w:rsidRDefault="00C92C00" w:rsidP="003F7CFA">
      <w:pPr>
        <w:spacing w:after="0" w:line="360" w:lineRule="auto"/>
        <w:ind w:firstLine="720"/>
        <w:rPr>
          <w:rFonts w:ascii="Arial" w:hAnsi="Arial" w:cs="Arial"/>
          <w:lang w:val="sk-SK"/>
        </w:rPr>
      </w:pPr>
      <w:r w:rsidRPr="00C92C00">
        <w:rPr>
          <w:rFonts w:ascii="Arial" w:hAnsi="Arial" w:cs="Arial"/>
          <w:lang w:val="sk-SK"/>
        </w:rPr>
        <w:t xml:space="preserve">Ja, </w:t>
      </w:r>
      <w:proofErr w:type="spellStart"/>
      <w:r w:rsidRPr="00C92C00">
        <w:rPr>
          <w:rFonts w:ascii="Arial" w:hAnsi="Arial" w:cs="Arial"/>
          <w:lang w:val="sk-SK"/>
        </w:rPr>
        <w:t>dolupodpísaný</w:t>
      </w:r>
      <w:proofErr w:type="spellEnd"/>
      <w:r w:rsidRPr="00C92C00">
        <w:rPr>
          <w:rFonts w:ascii="Arial" w:hAnsi="Arial" w:cs="Arial"/>
          <w:lang w:val="sk-SK"/>
        </w:rPr>
        <w:t>/-á, ako uchádzač/-</w:t>
      </w:r>
      <w:proofErr w:type="spellStart"/>
      <w:r w:rsidRPr="00C92C00">
        <w:rPr>
          <w:rFonts w:ascii="Arial" w:hAnsi="Arial" w:cs="Arial"/>
          <w:lang w:val="sk-SK"/>
        </w:rPr>
        <w:t>ka</w:t>
      </w:r>
      <w:proofErr w:type="spellEnd"/>
      <w:r w:rsidRPr="00C92C00">
        <w:rPr>
          <w:rFonts w:ascii="Arial" w:hAnsi="Arial" w:cs="Arial"/>
          <w:lang w:val="sk-SK"/>
        </w:rPr>
        <w:t xml:space="preserve"> o zaradenie do výberového konania na obsadenie funkčného miesta vysokoškolského učiteľa na Vysokej škole zdravotníctva a sociálnej práce sv. Alžbety v Bratislave, n. o., týmto potvrdzujem, že som bol/-a riadne oboznámený/-á so spracúvaním mojich osobných údajov v súlade s Nariadením Európskeho parlamentu a Rady (EÚ) 2016/679 (GDPR), zákonom č. 18/2018 Z. z. o ochrane osobných údajov a ďalšími všeobecne záväznými právnymi predpismi.</w:t>
      </w:r>
    </w:p>
    <w:p w:rsidR="00C92C00" w:rsidRPr="00C92C00" w:rsidRDefault="00C92C00" w:rsidP="003F7CFA">
      <w:pPr>
        <w:spacing w:after="0" w:line="360" w:lineRule="auto"/>
        <w:ind w:firstLine="720"/>
        <w:rPr>
          <w:rFonts w:ascii="Arial" w:hAnsi="Arial" w:cs="Arial"/>
          <w:lang w:val="sk-SK"/>
        </w:rPr>
      </w:pPr>
      <w:r w:rsidRPr="00C92C00">
        <w:rPr>
          <w:rFonts w:ascii="Arial" w:hAnsi="Arial" w:cs="Arial"/>
          <w:lang w:val="sk-SK"/>
        </w:rPr>
        <w:t>Beriem na vedomie, že Vysoká škola zdravotníctva a sociálnej práce sv. Alžbety v Bratislave, n. o., ako prevádzkovateľ spracúva moje osobné údaje na účely realizácie výberového konania, posúdenia splnenia kvalifikačných, odborných a osobnostných predpokladov, komunikácie s uchádzačmi, vedenia dokumentácie výberového konania, plnenia zákonných povinností vysokej školy a na účely preukázania splnenia požiadaviek vyplývajúcich zo zákona č. 131/2002 Z. z. o vysokých školách a súvisiacich právnych predpisov.</w:t>
      </w:r>
    </w:p>
    <w:p w:rsidR="00C92C00" w:rsidRPr="00C92C00" w:rsidRDefault="00C92C00" w:rsidP="003F7CFA">
      <w:pPr>
        <w:spacing w:after="0" w:line="360" w:lineRule="auto"/>
        <w:ind w:firstLine="720"/>
        <w:rPr>
          <w:rFonts w:ascii="Arial" w:hAnsi="Arial" w:cs="Arial"/>
          <w:lang w:val="sk-SK"/>
        </w:rPr>
      </w:pPr>
      <w:r w:rsidRPr="00C92C00">
        <w:rPr>
          <w:rFonts w:ascii="Arial" w:hAnsi="Arial" w:cs="Arial"/>
          <w:lang w:val="sk-SK"/>
        </w:rPr>
        <w:t>Beriem na vedomie, že spracúvané môžu byť najmä identifikačné, kontaktné, kvalifikačné, profesijné a ďalšie osobné údaje obsiahnuté v</w:t>
      </w:r>
      <w:r>
        <w:rPr>
          <w:rFonts w:ascii="Arial" w:hAnsi="Arial" w:cs="Arial"/>
          <w:lang w:val="sk-SK"/>
        </w:rPr>
        <w:t> žiadosti o zaradenie</w:t>
      </w:r>
      <w:r w:rsidRPr="00C92C00">
        <w:rPr>
          <w:rFonts w:ascii="Arial" w:hAnsi="Arial" w:cs="Arial"/>
          <w:lang w:val="sk-SK"/>
        </w:rPr>
        <w:t xml:space="preserve"> do výberového konania, profesijnom životopise, dokladoch o vzdelaní, prehľade </w:t>
      </w:r>
      <w:r w:rsidRPr="00C92C00">
        <w:rPr>
          <w:rFonts w:ascii="Arial" w:hAnsi="Arial" w:cs="Arial"/>
          <w:lang w:val="sk-SK"/>
        </w:rPr>
        <w:lastRenderedPageBreak/>
        <w:t>pedagogickej, vedeckej, publikačnej a odbornej činnosti, čestných vyhláseniach a ostatných dokumentoch predložených v rámci výberového konania.</w:t>
      </w:r>
    </w:p>
    <w:p w:rsidR="00C92C00" w:rsidRPr="00C92C00" w:rsidRDefault="00C92C00" w:rsidP="003F7CFA">
      <w:pPr>
        <w:spacing w:after="0" w:line="360" w:lineRule="auto"/>
        <w:ind w:firstLine="720"/>
        <w:rPr>
          <w:rFonts w:ascii="Arial" w:hAnsi="Arial" w:cs="Arial"/>
          <w:lang w:val="sk-SK"/>
        </w:rPr>
      </w:pPr>
      <w:r w:rsidRPr="00C92C00">
        <w:rPr>
          <w:rFonts w:ascii="Arial" w:hAnsi="Arial" w:cs="Arial"/>
          <w:lang w:val="sk-SK"/>
        </w:rPr>
        <w:t>Beriem na vedomie, že moje osobné údaje budú sprístupnené len oprávneným osobám podieľajúcim sa na administrácii, organizácii, hodnotení a rozhodovaní vo výberovom konaní, a to výlučne v rozsahu nevyhnutnom na splnenie účelu ich spracúvania.</w:t>
      </w:r>
    </w:p>
    <w:p w:rsidR="00C92C00" w:rsidRPr="00C92C00" w:rsidRDefault="00C92C00" w:rsidP="003F7CFA">
      <w:pPr>
        <w:spacing w:after="0" w:line="360" w:lineRule="auto"/>
        <w:ind w:firstLine="720"/>
        <w:rPr>
          <w:rFonts w:ascii="Arial" w:hAnsi="Arial" w:cs="Arial"/>
          <w:lang w:val="sk-SK"/>
        </w:rPr>
      </w:pPr>
      <w:r w:rsidRPr="00C92C00">
        <w:rPr>
          <w:rFonts w:ascii="Arial" w:hAnsi="Arial" w:cs="Arial"/>
          <w:lang w:val="sk-SK"/>
        </w:rPr>
        <w:t>Beriem na vedomie, že dokumentácia výberového konania vrátane mojich osobných údajov bude uchovávaná počas doby vyžadovanej osobitnými právnymi predpismi upravujúcimi archiváciu, registratúru, kontrolnú činnosť a zabezpečovanie kvality vysokoškolského vzdelávania.</w:t>
      </w:r>
    </w:p>
    <w:p w:rsidR="00C92C00" w:rsidRPr="00C92C00" w:rsidRDefault="00C92C00" w:rsidP="003F7CFA">
      <w:pPr>
        <w:spacing w:after="0" w:line="360" w:lineRule="auto"/>
        <w:ind w:firstLine="720"/>
        <w:rPr>
          <w:rFonts w:ascii="Arial" w:hAnsi="Arial" w:cs="Arial"/>
          <w:lang w:val="sk-SK"/>
        </w:rPr>
      </w:pPr>
      <w:r w:rsidRPr="00C92C00">
        <w:rPr>
          <w:rFonts w:ascii="Arial" w:hAnsi="Arial" w:cs="Arial"/>
          <w:lang w:val="sk-SK"/>
        </w:rPr>
        <w:t>Zároveň beriem na vedomie, že ako dotknutá osoba mám právo požadovať prístup k svojim osobným údajom, ich opravu, doplnenie, obmedzenie spracúvania, podať sťažnosť Úradu na ochranu osobných údajov Slovenskej republiky a uplatňovať ďalšie práva v rozsahu ustanovenom všeobecne záväznými právnymi predpismi o ochrane osobných údajov.</w:t>
      </w:r>
    </w:p>
    <w:p w:rsidR="00C92C00" w:rsidRPr="00C92C00" w:rsidRDefault="00C92C00" w:rsidP="003F7CFA">
      <w:pPr>
        <w:spacing w:after="0" w:line="360" w:lineRule="auto"/>
        <w:ind w:firstLine="720"/>
        <w:rPr>
          <w:rFonts w:ascii="Arial" w:hAnsi="Arial" w:cs="Arial"/>
          <w:lang w:val="sk-SK"/>
        </w:rPr>
      </w:pPr>
      <w:r w:rsidRPr="00C92C00">
        <w:rPr>
          <w:rFonts w:ascii="Arial" w:hAnsi="Arial" w:cs="Arial"/>
          <w:lang w:val="sk-SK"/>
        </w:rPr>
        <w:t>Potvrdzujem, že som bol/-a o uvedených skutočnostiach riadne informovaný/-á a beriem ich na vedomie.</w:t>
      </w:r>
    </w:p>
    <w:p w:rsidR="00316980" w:rsidRDefault="00316980" w:rsidP="00305502">
      <w:pPr>
        <w:spacing w:after="0" w:line="360" w:lineRule="auto"/>
        <w:rPr>
          <w:rFonts w:ascii="Arial" w:hAnsi="Arial" w:cs="Arial"/>
          <w:lang w:val="sk-SK"/>
        </w:rPr>
      </w:pPr>
    </w:p>
    <w:p w:rsidR="00305502" w:rsidRPr="00C42ECF" w:rsidRDefault="003759C3" w:rsidP="00305502">
      <w:pPr>
        <w:spacing w:after="0" w:line="360" w:lineRule="auto"/>
        <w:rPr>
          <w:rFonts w:ascii="Arial" w:hAnsi="Arial" w:cs="Arial"/>
          <w:lang w:val="sk-SK"/>
        </w:rPr>
      </w:pPr>
      <w:bookmarkStart w:id="0" w:name="_GoBack"/>
      <w:bookmarkEnd w:id="0"/>
      <w:r w:rsidRPr="00C42ECF">
        <w:rPr>
          <w:rFonts w:ascii="Arial" w:hAnsi="Arial" w:cs="Arial"/>
          <w:lang w:val="sk-SK"/>
        </w:rPr>
        <w:br/>
      </w:r>
      <w:r w:rsidR="00305502" w:rsidRPr="00C42ECF">
        <w:rPr>
          <w:rFonts w:ascii="Arial" w:hAnsi="Arial" w:cs="Arial"/>
          <w:lang w:val="sk-SK"/>
        </w:rPr>
        <w:t>V ................. dňa .................</w:t>
      </w:r>
      <w:r w:rsidR="00305502">
        <w:rPr>
          <w:rFonts w:ascii="Arial" w:hAnsi="Arial" w:cs="Arial"/>
          <w:lang w:val="sk-SK"/>
        </w:rPr>
        <w:t xml:space="preserve"> </w:t>
      </w:r>
      <w:r w:rsidR="00305502">
        <w:rPr>
          <w:rFonts w:ascii="Arial" w:hAnsi="Arial" w:cs="Arial"/>
          <w:lang w:val="sk-SK"/>
        </w:rPr>
        <w:tab/>
      </w:r>
      <w:r w:rsidR="00305502">
        <w:rPr>
          <w:rFonts w:ascii="Arial" w:hAnsi="Arial" w:cs="Arial"/>
          <w:lang w:val="sk-SK"/>
        </w:rPr>
        <w:tab/>
      </w:r>
      <w:r w:rsidR="00305502">
        <w:rPr>
          <w:rFonts w:ascii="Arial" w:hAnsi="Arial" w:cs="Arial"/>
          <w:lang w:val="sk-SK"/>
        </w:rPr>
        <w:tab/>
      </w:r>
      <w:r w:rsidR="00305502">
        <w:rPr>
          <w:rFonts w:ascii="Arial" w:hAnsi="Arial" w:cs="Arial"/>
          <w:lang w:val="sk-SK"/>
        </w:rPr>
        <w:tab/>
      </w:r>
      <w:r w:rsidR="00305502" w:rsidRPr="00C42ECF">
        <w:rPr>
          <w:rFonts w:ascii="Arial" w:hAnsi="Arial" w:cs="Arial"/>
          <w:lang w:val="sk-SK"/>
        </w:rPr>
        <w:t>Podpis uchádzača:</w:t>
      </w:r>
    </w:p>
    <w:p w:rsidR="00B655FD" w:rsidRPr="00C42ECF" w:rsidRDefault="00B655FD" w:rsidP="00D60C46">
      <w:pPr>
        <w:spacing w:after="0" w:line="360" w:lineRule="auto"/>
        <w:rPr>
          <w:rFonts w:ascii="Arial" w:hAnsi="Arial" w:cs="Arial"/>
          <w:lang w:val="sk-SK"/>
        </w:rPr>
      </w:pPr>
    </w:p>
    <w:sectPr w:rsidR="00B655FD" w:rsidRPr="00C42EC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4B49"/>
    <w:rsid w:val="00305502"/>
    <w:rsid w:val="00316980"/>
    <w:rsid w:val="00326F90"/>
    <w:rsid w:val="003759C3"/>
    <w:rsid w:val="003A4A07"/>
    <w:rsid w:val="003F7CFA"/>
    <w:rsid w:val="00AA1D8D"/>
    <w:rsid w:val="00B47730"/>
    <w:rsid w:val="00B655FD"/>
    <w:rsid w:val="00C42ECF"/>
    <w:rsid w:val="00C92C00"/>
    <w:rsid w:val="00CB0664"/>
    <w:rsid w:val="00D60C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89211628196340B5F3A22E7127CE82" ma:contentTypeVersion="3" ma:contentTypeDescription="Umožňuje vytvoriť nový dokument." ma:contentTypeScope="" ma:versionID="d592a16ff5d462ba7dcb39898aed72ed">
  <xsd:schema xmlns:xsd="http://www.w3.org/2001/XMLSchema" xmlns:xs="http://www.w3.org/2001/XMLSchema" xmlns:p="http://schemas.microsoft.com/office/2006/metadata/properties" xmlns:ns2="36ad365f-09a7-4b25-a4a8-0e1ef3007675" targetNamespace="http://schemas.microsoft.com/office/2006/metadata/properties" ma:root="true" ma:fieldsID="2a29e439a60a58a924a818b4563a650c" ns2:_="">
    <xsd:import namespace="36ad365f-09a7-4b25-a4a8-0e1ef3007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d365f-09a7-4b25-a4a8-0e1ef30076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17DC21-79C6-4C14-ADD5-4A5A3FC3A6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ECA61E-8FDD-458B-A665-D2E3F1D98341}"/>
</file>

<file path=customXml/itemProps3.xml><?xml version="1.0" encoding="utf-8"?>
<ds:datastoreItem xmlns:ds="http://schemas.openxmlformats.org/officeDocument/2006/customXml" ds:itemID="{35044160-187F-4BB2-A5BE-B7D916BFF2E1}"/>
</file>

<file path=customXml/itemProps4.xml><?xml version="1.0" encoding="utf-8"?>
<ds:datastoreItem xmlns:ds="http://schemas.openxmlformats.org/officeDocument/2006/customXml" ds:itemID="{4D4A2382-5D70-4BE2-9BC1-BE32CC3C5F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Acer</cp:lastModifiedBy>
  <cp:revision>5</cp:revision>
  <dcterms:created xsi:type="dcterms:W3CDTF">2026-06-10T14:17:00Z</dcterms:created>
  <dcterms:modified xsi:type="dcterms:W3CDTF">2026-06-10T16:06:00Z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0x010100C289211628196340B5F3A22E7127CE82</vt:lpwstr>
  </property>
</Properties>
</file>