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core.xml" ContentType="application/vnd.openxmlformats-package.core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60C46" w:rsidRDefault="003759C3" w:rsidP="001C7693">
      <w:pPr>
        <w:pStyle w:val="Nadpis1"/>
        <w:spacing w:before="0" w:line="360" w:lineRule="auto"/>
        <w:jc w:val="center"/>
        <w:rPr>
          <w:rFonts w:ascii="Arial" w:hAnsi="Arial" w:cs="Arial"/>
          <w:color w:val="auto"/>
          <w:lang w:val="sk-SK"/>
        </w:rPr>
      </w:pPr>
      <w:r w:rsidRPr="00C42ECF">
        <w:rPr>
          <w:rFonts w:ascii="Arial" w:hAnsi="Arial" w:cs="Arial"/>
          <w:color w:val="auto"/>
          <w:lang w:val="sk-SK"/>
        </w:rPr>
        <w:t xml:space="preserve">ČESTNÉ VYHLÁSENIE </w:t>
      </w:r>
      <w:r w:rsidR="002A6358">
        <w:rPr>
          <w:rFonts w:ascii="Arial" w:hAnsi="Arial" w:cs="Arial"/>
          <w:color w:val="auto"/>
          <w:lang w:val="sk-SK"/>
        </w:rPr>
        <w:t>O PRAVDIVOSTI UVÁDZANÝCH UDÁJOV</w:t>
      </w:r>
    </w:p>
    <w:p w:rsidR="00D60C46" w:rsidRPr="003759C3" w:rsidRDefault="002D4B49" w:rsidP="00D60C46">
      <w:pPr>
        <w:pStyle w:val="Nadpis1"/>
        <w:spacing w:before="0" w:line="360" w:lineRule="auto"/>
        <w:jc w:val="center"/>
        <w:rPr>
          <w:rFonts w:ascii="Arial" w:eastAsiaTheme="minorEastAsia" w:hAnsi="Arial" w:cs="Arial"/>
          <w:b w:val="0"/>
          <w:bCs w:val="0"/>
          <w:color w:val="auto"/>
          <w:sz w:val="22"/>
          <w:szCs w:val="22"/>
          <w:lang w:val="sk-SK"/>
        </w:rPr>
      </w:pPr>
      <w:r>
        <w:rPr>
          <w:rFonts w:ascii="Arial" w:eastAsiaTheme="minorEastAsia" w:hAnsi="Arial" w:cs="Arial"/>
          <w:b w:val="0"/>
          <w:bCs w:val="0"/>
          <w:color w:val="auto"/>
          <w:sz w:val="22"/>
          <w:szCs w:val="22"/>
          <w:lang w:val="sk-SK"/>
        </w:rPr>
        <w:t xml:space="preserve">ako príloha </w:t>
      </w:r>
      <w:r w:rsidR="00C42ECF" w:rsidRPr="003759C3">
        <w:rPr>
          <w:rFonts w:ascii="Arial" w:eastAsiaTheme="minorEastAsia" w:hAnsi="Arial" w:cs="Arial"/>
          <w:b w:val="0"/>
          <w:bCs w:val="0"/>
          <w:color w:val="auto"/>
          <w:sz w:val="22"/>
          <w:szCs w:val="22"/>
          <w:lang w:val="sk-SK"/>
        </w:rPr>
        <w:t>k žiadosti o zaradenie do výberového konania pre</w:t>
      </w:r>
      <w:r w:rsidR="00D60C46" w:rsidRPr="003759C3">
        <w:rPr>
          <w:rFonts w:ascii="Arial" w:eastAsiaTheme="minorEastAsia" w:hAnsi="Arial" w:cs="Arial"/>
          <w:b w:val="0"/>
          <w:bCs w:val="0"/>
          <w:color w:val="auto"/>
          <w:sz w:val="22"/>
          <w:szCs w:val="22"/>
          <w:lang w:val="sk-SK"/>
        </w:rPr>
        <w:t xml:space="preserve"> </w:t>
      </w:r>
    </w:p>
    <w:p w:rsidR="00D60C46" w:rsidRPr="00D60C46" w:rsidRDefault="00D60C46" w:rsidP="00D60C46">
      <w:pPr>
        <w:rPr>
          <w:lang w:val="sk-SK"/>
        </w:rPr>
      </w:pPr>
    </w:p>
    <w:p w:rsidR="00D60C46" w:rsidRPr="00D60C46" w:rsidRDefault="00D60C46" w:rsidP="00D60C46">
      <w:pPr>
        <w:spacing w:after="0" w:line="360" w:lineRule="auto"/>
        <w:rPr>
          <w:rFonts w:ascii="Arial" w:hAnsi="Arial" w:cs="Arial"/>
          <w:b/>
          <w:lang w:val="sk-SK"/>
        </w:rPr>
      </w:pPr>
      <w:r>
        <w:rPr>
          <w:rFonts w:ascii="Arial" w:hAnsi="Arial" w:cs="Arial"/>
          <w:b/>
          <w:lang w:val="sk-SK"/>
        </w:rPr>
        <w:t>VYHLASOVATEĽA</w:t>
      </w:r>
      <w:r w:rsidRPr="00D60C46">
        <w:rPr>
          <w:rFonts w:ascii="Arial" w:hAnsi="Arial" w:cs="Arial"/>
          <w:b/>
          <w:lang w:val="sk-SK"/>
        </w:rPr>
        <w:t>:</w:t>
      </w:r>
    </w:p>
    <w:p w:rsidR="00C42ECF" w:rsidRPr="00C42ECF" w:rsidRDefault="00C42ECF" w:rsidP="00D60C46">
      <w:pPr>
        <w:spacing w:after="0" w:line="360" w:lineRule="auto"/>
        <w:rPr>
          <w:rFonts w:ascii="Arial" w:hAnsi="Arial" w:cs="Arial"/>
          <w:lang w:val="sk-SK"/>
        </w:rPr>
      </w:pPr>
      <w:r w:rsidRPr="00D60C46">
        <w:rPr>
          <w:rFonts w:ascii="Arial" w:hAnsi="Arial" w:cs="Arial"/>
          <w:lang w:val="sk-SK"/>
        </w:rPr>
        <w:t>Vysok</w:t>
      </w:r>
      <w:r w:rsidR="00D60C46">
        <w:rPr>
          <w:rFonts w:ascii="Arial" w:hAnsi="Arial" w:cs="Arial"/>
          <w:lang w:val="sk-SK"/>
        </w:rPr>
        <w:t>á</w:t>
      </w:r>
      <w:r w:rsidRPr="00D60C46">
        <w:rPr>
          <w:rFonts w:ascii="Arial" w:hAnsi="Arial" w:cs="Arial"/>
          <w:lang w:val="sk-SK"/>
        </w:rPr>
        <w:t xml:space="preserve"> škol</w:t>
      </w:r>
      <w:r w:rsidR="00D60C46">
        <w:rPr>
          <w:rFonts w:ascii="Arial" w:hAnsi="Arial" w:cs="Arial"/>
          <w:lang w:val="sk-SK"/>
        </w:rPr>
        <w:t>a</w:t>
      </w:r>
      <w:r w:rsidRPr="00D60C46">
        <w:rPr>
          <w:rFonts w:ascii="Arial" w:hAnsi="Arial" w:cs="Arial"/>
          <w:lang w:val="sk-SK"/>
        </w:rPr>
        <w:t xml:space="preserve"> zdravotníctva a sociálnej práce sv. Alžbety v Bratislave, n. o. </w:t>
      </w:r>
    </w:p>
    <w:p w:rsidR="00C42ECF" w:rsidRPr="00C42ECF" w:rsidRDefault="00C42ECF" w:rsidP="00D60C46">
      <w:pPr>
        <w:spacing w:after="0" w:line="360" w:lineRule="auto"/>
        <w:rPr>
          <w:rFonts w:ascii="Arial" w:hAnsi="Arial" w:cs="Arial"/>
          <w:lang w:val="sk-SK"/>
        </w:rPr>
      </w:pPr>
      <w:proofErr w:type="spellStart"/>
      <w:r w:rsidRPr="00C42ECF">
        <w:rPr>
          <w:rFonts w:ascii="Arial" w:hAnsi="Arial" w:cs="Arial"/>
          <w:lang w:val="sk-SK"/>
        </w:rPr>
        <w:t>Palackého</w:t>
      </w:r>
      <w:proofErr w:type="spellEnd"/>
      <w:r w:rsidRPr="00C42ECF">
        <w:rPr>
          <w:rFonts w:ascii="Arial" w:hAnsi="Arial" w:cs="Arial"/>
          <w:lang w:val="sk-SK"/>
        </w:rPr>
        <w:t xml:space="preserve"> 1, 811 02 Bratislava.</w:t>
      </w:r>
    </w:p>
    <w:p w:rsidR="00C42ECF" w:rsidRPr="00C42ECF" w:rsidRDefault="003759C3" w:rsidP="00D60C46">
      <w:pPr>
        <w:spacing w:after="0" w:line="360" w:lineRule="auto"/>
        <w:rPr>
          <w:rFonts w:ascii="Arial" w:hAnsi="Arial" w:cs="Arial"/>
          <w:b/>
          <w:lang w:val="sk-SK"/>
        </w:rPr>
      </w:pPr>
      <w:r w:rsidRPr="00C42ECF">
        <w:rPr>
          <w:rFonts w:ascii="Arial" w:hAnsi="Arial" w:cs="Arial"/>
          <w:lang w:val="sk-SK"/>
        </w:rPr>
        <w:t>Výberové konanie č.: ........................................</w:t>
      </w:r>
      <w:r w:rsidRPr="00C42ECF">
        <w:rPr>
          <w:rFonts w:ascii="Arial" w:hAnsi="Arial" w:cs="Arial"/>
          <w:lang w:val="sk-SK"/>
        </w:rPr>
        <w:br/>
        <w:t>Funkčné miesto: .............................................</w:t>
      </w:r>
      <w:r w:rsidRPr="00C42ECF">
        <w:rPr>
          <w:rFonts w:ascii="Arial" w:hAnsi="Arial" w:cs="Arial"/>
          <w:lang w:val="sk-SK"/>
        </w:rPr>
        <w:br/>
        <w:t>Študijný program: ............................................</w:t>
      </w:r>
      <w:r w:rsidRPr="00C42ECF">
        <w:rPr>
          <w:rFonts w:ascii="Arial" w:hAnsi="Arial" w:cs="Arial"/>
          <w:lang w:val="sk-SK"/>
        </w:rPr>
        <w:br/>
      </w:r>
    </w:p>
    <w:p w:rsidR="00C42ECF" w:rsidRDefault="003759C3" w:rsidP="00D60C46">
      <w:pPr>
        <w:spacing w:after="0" w:line="360" w:lineRule="auto"/>
        <w:rPr>
          <w:rFonts w:ascii="Arial" w:hAnsi="Arial" w:cs="Arial"/>
          <w:lang w:val="sk-SK"/>
        </w:rPr>
      </w:pPr>
      <w:r w:rsidRPr="00C42ECF">
        <w:rPr>
          <w:rFonts w:ascii="Arial" w:hAnsi="Arial" w:cs="Arial"/>
          <w:b/>
          <w:lang w:val="sk-SK"/>
        </w:rPr>
        <w:t>IDENTIFIKAČNÉ ÚDAJE UCHÁDZAČA</w:t>
      </w:r>
      <w:r w:rsidR="00D60C46">
        <w:rPr>
          <w:rFonts w:ascii="Arial" w:hAnsi="Arial" w:cs="Arial"/>
          <w:b/>
          <w:lang w:val="sk-SK"/>
        </w:rPr>
        <w:t>:</w:t>
      </w:r>
      <w:r w:rsidRPr="00C42ECF">
        <w:rPr>
          <w:rFonts w:ascii="Arial" w:hAnsi="Arial" w:cs="Arial"/>
          <w:b/>
          <w:lang w:val="sk-SK"/>
        </w:rPr>
        <w:br/>
      </w:r>
      <w:r w:rsidRPr="00C42ECF">
        <w:rPr>
          <w:rFonts w:ascii="Arial" w:hAnsi="Arial" w:cs="Arial"/>
          <w:lang w:val="sk-SK"/>
        </w:rPr>
        <w:t>Meno a priezvisko: ...........................................</w:t>
      </w:r>
      <w:r w:rsidRPr="00C42ECF">
        <w:rPr>
          <w:rFonts w:ascii="Arial" w:hAnsi="Arial" w:cs="Arial"/>
          <w:lang w:val="sk-SK"/>
        </w:rPr>
        <w:br/>
        <w:t>Tituly: ......................................................</w:t>
      </w:r>
      <w:r w:rsidRPr="00C42ECF">
        <w:rPr>
          <w:rFonts w:ascii="Arial" w:hAnsi="Arial" w:cs="Arial"/>
          <w:lang w:val="sk-SK"/>
        </w:rPr>
        <w:br/>
        <w:t>Dátum narodenia: .............................................</w:t>
      </w:r>
      <w:r w:rsidRPr="00C42ECF">
        <w:rPr>
          <w:rFonts w:ascii="Arial" w:hAnsi="Arial" w:cs="Arial"/>
          <w:lang w:val="sk-SK"/>
        </w:rPr>
        <w:br/>
        <w:t>Adresa trvalého pobytu: ......................................</w:t>
      </w:r>
      <w:r w:rsidRPr="00C42ECF">
        <w:rPr>
          <w:rFonts w:ascii="Arial" w:hAnsi="Arial" w:cs="Arial"/>
          <w:lang w:val="sk-SK"/>
        </w:rPr>
        <w:br/>
      </w:r>
    </w:p>
    <w:p w:rsidR="00C42ECF" w:rsidRPr="00C42ECF" w:rsidRDefault="00C42ECF" w:rsidP="00D60C46">
      <w:pPr>
        <w:spacing w:after="0" w:line="360" w:lineRule="auto"/>
        <w:jc w:val="both"/>
        <w:rPr>
          <w:rFonts w:ascii="Arial" w:hAnsi="Arial" w:cs="Arial"/>
          <w:lang w:val="sk-SK"/>
        </w:rPr>
      </w:pPr>
      <w:r w:rsidRPr="00C42ECF">
        <w:rPr>
          <w:rFonts w:ascii="Arial" w:hAnsi="Arial" w:cs="Arial"/>
          <w:lang w:val="sk-SK"/>
        </w:rPr>
        <w:t xml:space="preserve">V súvislosti s mojou účasťou vo výberovom konaní na obsadenie funkčného miesta vysokoškolského učiteľa na Vysokej škole zdravotníctva a sociálnej práce sv. Alžbety v Bratislave, n. o., týmto podľa svojho najlepšieho vedomia a s plným vedomím právnych následkov uvedenia nepravdivých alebo neúplných údajov vydávam toto </w:t>
      </w:r>
    </w:p>
    <w:p w:rsidR="00D60C46" w:rsidRDefault="003759C3" w:rsidP="00D60C46">
      <w:pPr>
        <w:spacing w:after="0" w:line="360" w:lineRule="auto"/>
        <w:jc w:val="center"/>
        <w:rPr>
          <w:rFonts w:ascii="Arial" w:hAnsi="Arial" w:cs="Arial"/>
          <w:lang w:val="sk-SK"/>
        </w:rPr>
      </w:pPr>
      <w:r w:rsidRPr="00C42ECF">
        <w:rPr>
          <w:rFonts w:ascii="Arial" w:hAnsi="Arial" w:cs="Arial"/>
          <w:lang w:val="sk-SK"/>
        </w:rPr>
        <w:br/>
      </w:r>
      <w:r w:rsidRPr="00C42ECF">
        <w:rPr>
          <w:rFonts w:ascii="Arial" w:hAnsi="Arial" w:cs="Arial"/>
          <w:b/>
          <w:lang w:val="sk-SK"/>
        </w:rPr>
        <w:t>ČESTNÉ VYHLÁSENIE</w:t>
      </w:r>
      <w:r w:rsidRPr="00C42ECF">
        <w:rPr>
          <w:rFonts w:ascii="Arial" w:hAnsi="Arial" w:cs="Arial"/>
          <w:b/>
          <w:lang w:val="sk-SK"/>
        </w:rPr>
        <w:br/>
      </w:r>
    </w:p>
    <w:p w:rsidR="002A6358" w:rsidRDefault="003759C3" w:rsidP="002A6358">
      <w:pPr>
        <w:spacing w:after="0" w:line="360" w:lineRule="auto"/>
        <w:rPr>
          <w:rFonts w:ascii="Arial" w:hAnsi="Arial" w:cs="Arial"/>
          <w:lang w:val="sk-SK"/>
        </w:rPr>
      </w:pPr>
      <w:r w:rsidRPr="00C42ECF">
        <w:rPr>
          <w:rFonts w:ascii="Arial" w:hAnsi="Arial" w:cs="Arial"/>
          <w:lang w:val="sk-SK"/>
        </w:rPr>
        <w:t xml:space="preserve">Ja, </w:t>
      </w:r>
      <w:proofErr w:type="spellStart"/>
      <w:r w:rsidRPr="00C42ECF">
        <w:rPr>
          <w:rFonts w:ascii="Arial" w:hAnsi="Arial" w:cs="Arial"/>
          <w:lang w:val="sk-SK"/>
        </w:rPr>
        <w:t>dolupodpísaný</w:t>
      </w:r>
      <w:proofErr w:type="spellEnd"/>
      <w:r w:rsidRPr="00C42ECF">
        <w:rPr>
          <w:rFonts w:ascii="Arial" w:hAnsi="Arial" w:cs="Arial"/>
          <w:lang w:val="sk-SK"/>
        </w:rPr>
        <w:t>/-á, týmto čestne vyhlasujem,</w:t>
      </w:r>
      <w:r w:rsidR="001C7693">
        <w:rPr>
          <w:rFonts w:ascii="Arial" w:hAnsi="Arial" w:cs="Arial"/>
          <w:lang w:val="sk-SK"/>
        </w:rPr>
        <w:t xml:space="preserve"> že</w:t>
      </w:r>
      <w:r w:rsidR="002A6358" w:rsidRPr="002A6358">
        <w:rPr>
          <w:rFonts w:ascii="Arial" w:hAnsi="Arial" w:cs="Arial"/>
          <w:lang w:val="sk-SK"/>
        </w:rPr>
        <w:t xml:space="preserve"> všetky údaje uvedené v </w:t>
      </w:r>
      <w:r w:rsidR="002A6358">
        <w:rPr>
          <w:rFonts w:ascii="Arial" w:hAnsi="Arial" w:cs="Arial"/>
          <w:lang w:val="sk-SK"/>
        </w:rPr>
        <w:t>žiadosti</w:t>
      </w:r>
      <w:r w:rsidR="002A6358" w:rsidRPr="002A6358">
        <w:rPr>
          <w:rFonts w:ascii="Arial" w:hAnsi="Arial" w:cs="Arial"/>
          <w:lang w:val="sk-SK"/>
        </w:rPr>
        <w:t>, životopise a ostatných predložených dokumentoch sú pravdivé, úplné a aktuálne.</w:t>
      </w:r>
      <w:r w:rsidR="002A6358" w:rsidRPr="002A6358">
        <w:rPr>
          <w:rFonts w:ascii="Arial" w:hAnsi="Arial" w:cs="Arial"/>
          <w:lang w:val="sk-SK"/>
        </w:rPr>
        <w:br/>
      </w:r>
    </w:p>
    <w:p w:rsidR="00B655FD" w:rsidRPr="00C42ECF" w:rsidRDefault="003759C3" w:rsidP="002A6358">
      <w:pPr>
        <w:spacing w:after="0" w:line="360" w:lineRule="auto"/>
        <w:rPr>
          <w:rFonts w:ascii="Arial" w:hAnsi="Arial" w:cs="Arial"/>
          <w:lang w:val="sk-SK"/>
        </w:rPr>
      </w:pPr>
      <w:bookmarkStart w:id="0" w:name="_GoBack"/>
      <w:bookmarkEnd w:id="0"/>
      <w:r w:rsidRPr="00C42ECF">
        <w:rPr>
          <w:rFonts w:ascii="Arial" w:hAnsi="Arial" w:cs="Arial"/>
          <w:lang w:val="sk-SK"/>
        </w:rPr>
        <w:br/>
        <w:t>V ................. dňa .................</w:t>
      </w:r>
      <w:r w:rsidR="001C7693">
        <w:rPr>
          <w:rFonts w:ascii="Arial" w:hAnsi="Arial" w:cs="Arial"/>
          <w:lang w:val="sk-SK"/>
        </w:rPr>
        <w:t xml:space="preserve"> </w:t>
      </w:r>
      <w:r w:rsidR="001C7693">
        <w:rPr>
          <w:rFonts w:ascii="Arial" w:hAnsi="Arial" w:cs="Arial"/>
          <w:lang w:val="sk-SK"/>
        </w:rPr>
        <w:tab/>
      </w:r>
      <w:r w:rsidR="001C7693">
        <w:rPr>
          <w:rFonts w:ascii="Arial" w:hAnsi="Arial" w:cs="Arial"/>
          <w:lang w:val="sk-SK"/>
        </w:rPr>
        <w:tab/>
      </w:r>
      <w:r w:rsidR="001C7693">
        <w:rPr>
          <w:rFonts w:ascii="Arial" w:hAnsi="Arial" w:cs="Arial"/>
          <w:lang w:val="sk-SK"/>
        </w:rPr>
        <w:tab/>
      </w:r>
      <w:r w:rsidR="001C7693">
        <w:rPr>
          <w:rFonts w:ascii="Arial" w:hAnsi="Arial" w:cs="Arial"/>
          <w:lang w:val="sk-SK"/>
        </w:rPr>
        <w:tab/>
      </w:r>
      <w:r w:rsidRPr="00C42ECF">
        <w:rPr>
          <w:rFonts w:ascii="Arial" w:hAnsi="Arial" w:cs="Arial"/>
          <w:lang w:val="sk-SK"/>
        </w:rPr>
        <w:t>Podpis uchádzača:</w:t>
      </w:r>
    </w:p>
    <w:sectPr w:rsidR="00B655FD" w:rsidRPr="00C42ECF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slovanzoznam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slovanzoznam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Zoznamsodrka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Zoznamsodrka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slovanzo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Zo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>
    <w:nsid w:val="02871DDD"/>
    <w:multiLevelType w:val="hybridMultilevel"/>
    <w:tmpl w:val="0C9C2942"/>
    <w:lvl w:ilvl="0" w:tplc="F7B444CE">
      <w:start w:val="1"/>
      <w:numFmt w:val="bullet"/>
      <w:lvlText w:val=""/>
      <w:lvlJc w:val="left"/>
      <w:pPr>
        <w:ind w:left="720" w:hanging="360"/>
      </w:pPr>
      <w:rPr>
        <w:rFonts w:ascii="Symbol" w:eastAsiaTheme="minorEastAsia" w:hAnsi="Symbol" w:cs="Aria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00A34BF"/>
    <w:multiLevelType w:val="hybridMultilevel"/>
    <w:tmpl w:val="A2148572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D7F5ED0"/>
    <w:multiLevelType w:val="hybridMultilevel"/>
    <w:tmpl w:val="398AF720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9"/>
  </w:num>
  <w:num w:numId="11">
    <w:abstractNumId w:val="10"/>
  </w:num>
  <w:num w:numId="1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1C7693"/>
    <w:rsid w:val="0029639D"/>
    <w:rsid w:val="002A6358"/>
    <w:rsid w:val="002D4B49"/>
    <w:rsid w:val="00326F90"/>
    <w:rsid w:val="003759C3"/>
    <w:rsid w:val="00434948"/>
    <w:rsid w:val="0082283A"/>
    <w:rsid w:val="00AA1D8D"/>
    <w:rsid w:val="00B47730"/>
    <w:rsid w:val="00B655FD"/>
    <w:rsid w:val="00B841FE"/>
    <w:rsid w:val="00C42ECF"/>
    <w:rsid w:val="00CB0664"/>
    <w:rsid w:val="00D60C4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FC693F"/>
  </w:style>
  <w:style w:type="paragraph" w:styleId="Nadpis1">
    <w:name w:val="heading 1"/>
    <w:basedOn w:val="Normlny"/>
    <w:next w:val="Normlny"/>
    <w:link w:val="Nadpis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dpis3">
    <w:name w:val="heading 3"/>
    <w:basedOn w:val="Normlny"/>
    <w:next w:val="Normlny"/>
    <w:link w:val="Nadpis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E618BF"/>
  </w:style>
  <w:style w:type="paragraph" w:styleId="Pta">
    <w:name w:val="footer"/>
    <w:basedOn w:val="Normlny"/>
    <w:link w:val="Pta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E618BF"/>
  </w:style>
  <w:style w:type="paragraph" w:styleId="Bezriadkovania">
    <w:name w:val="No Spacing"/>
    <w:uiPriority w:val="1"/>
    <w:qFormat/>
    <w:rsid w:val="00FC693F"/>
    <w:pPr>
      <w:spacing w:after="0" w:line="240" w:lineRule="auto"/>
    </w:pPr>
  </w:style>
  <w:style w:type="character" w:customStyle="1" w:styleId="Nadpis1Char">
    <w:name w:val="Nadpis 1 Char"/>
    <w:basedOn w:val="Predvolenpsmoodseku"/>
    <w:link w:val="Nadpis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dpis2Char">
    <w:name w:val="Nadpis 2 Char"/>
    <w:basedOn w:val="Predvolenpsmoodseku"/>
    <w:link w:val="Nadpis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dpis3Char">
    <w:name w:val="Nadpis 3 Char"/>
    <w:basedOn w:val="Predvolenpsmoodseku"/>
    <w:link w:val="Nadpis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zov">
    <w:name w:val="Title"/>
    <w:basedOn w:val="Normlny"/>
    <w:next w:val="Normlny"/>
    <w:link w:val="Nzov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ovChar">
    <w:name w:val="Názov Char"/>
    <w:basedOn w:val="Predvolenpsmoodseku"/>
    <w:link w:val="Nzo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sekzoznamu">
    <w:name w:val="List Paragraph"/>
    <w:basedOn w:val="Normlny"/>
    <w:uiPriority w:val="34"/>
    <w:qFormat/>
    <w:rsid w:val="00FC693F"/>
    <w:pPr>
      <w:ind w:left="720"/>
      <w:contextualSpacing/>
    </w:pPr>
  </w:style>
  <w:style w:type="paragraph" w:styleId="Zkladntext">
    <w:name w:val="Body Text"/>
    <w:basedOn w:val="Normlny"/>
    <w:link w:val="ZkladntextChar"/>
    <w:uiPriority w:val="99"/>
    <w:unhideWhenUsed/>
    <w:rsid w:val="00AA1D8D"/>
    <w:pPr>
      <w:spacing w:after="120"/>
    </w:pPr>
  </w:style>
  <w:style w:type="character" w:customStyle="1" w:styleId="ZkladntextChar">
    <w:name w:val="Základný text Char"/>
    <w:basedOn w:val="Predvolenpsmoodseku"/>
    <w:link w:val="Zkladntext"/>
    <w:uiPriority w:val="99"/>
    <w:rsid w:val="00AA1D8D"/>
  </w:style>
  <w:style w:type="paragraph" w:styleId="Zkladntext2">
    <w:name w:val="Body Text 2"/>
    <w:basedOn w:val="Normlny"/>
    <w:link w:val="Zkladntext2Char"/>
    <w:uiPriority w:val="99"/>
    <w:unhideWhenUsed/>
    <w:rsid w:val="00AA1D8D"/>
    <w:pPr>
      <w:spacing w:after="120" w:line="480" w:lineRule="auto"/>
    </w:pPr>
  </w:style>
  <w:style w:type="character" w:customStyle="1" w:styleId="Zkladntext2Char">
    <w:name w:val="Základný text 2 Char"/>
    <w:basedOn w:val="Predvolenpsmoodseku"/>
    <w:link w:val="Zkladntext2"/>
    <w:uiPriority w:val="99"/>
    <w:rsid w:val="00AA1D8D"/>
  </w:style>
  <w:style w:type="paragraph" w:styleId="Zkladntext3">
    <w:name w:val="Body Text 3"/>
    <w:basedOn w:val="Normlny"/>
    <w:link w:val="Zkladn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Zkladntext3Char">
    <w:name w:val="Základný text 3 Char"/>
    <w:basedOn w:val="Predvolenpsmoodseku"/>
    <w:link w:val="Zkladntext3"/>
    <w:uiPriority w:val="99"/>
    <w:rsid w:val="00AA1D8D"/>
    <w:rPr>
      <w:sz w:val="16"/>
      <w:szCs w:val="16"/>
    </w:rPr>
  </w:style>
  <w:style w:type="paragraph" w:styleId="Zoznam">
    <w:name w:val="List"/>
    <w:basedOn w:val="Normlny"/>
    <w:uiPriority w:val="99"/>
    <w:unhideWhenUsed/>
    <w:rsid w:val="00AA1D8D"/>
    <w:pPr>
      <w:ind w:left="360" w:hanging="360"/>
      <w:contextualSpacing/>
    </w:pPr>
  </w:style>
  <w:style w:type="paragraph" w:styleId="Zoznam2">
    <w:name w:val="List 2"/>
    <w:basedOn w:val="Normlny"/>
    <w:uiPriority w:val="99"/>
    <w:unhideWhenUsed/>
    <w:rsid w:val="00326F90"/>
    <w:pPr>
      <w:ind w:left="720" w:hanging="360"/>
      <w:contextualSpacing/>
    </w:pPr>
  </w:style>
  <w:style w:type="paragraph" w:styleId="Zoznam3">
    <w:name w:val="List 3"/>
    <w:basedOn w:val="Normlny"/>
    <w:uiPriority w:val="99"/>
    <w:unhideWhenUsed/>
    <w:rsid w:val="00326F90"/>
    <w:pPr>
      <w:ind w:left="1080" w:hanging="360"/>
      <w:contextualSpacing/>
    </w:pPr>
  </w:style>
  <w:style w:type="paragraph" w:styleId="Zoznamsodrkami">
    <w:name w:val="List Bullet"/>
    <w:basedOn w:val="Normlny"/>
    <w:uiPriority w:val="99"/>
    <w:unhideWhenUsed/>
    <w:rsid w:val="00326F90"/>
    <w:pPr>
      <w:numPr>
        <w:numId w:val="1"/>
      </w:numPr>
      <w:contextualSpacing/>
    </w:pPr>
  </w:style>
  <w:style w:type="paragraph" w:styleId="Zoznamsodrkami2">
    <w:name w:val="List Bullet 2"/>
    <w:basedOn w:val="Normlny"/>
    <w:uiPriority w:val="99"/>
    <w:unhideWhenUsed/>
    <w:rsid w:val="00326F90"/>
    <w:pPr>
      <w:numPr>
        <w:numId w:val="2"/>
      </w:numPr>
      <w:contextualSpacing/>
    </w:pPr>
  </w:style>
  <w:style w:type="paragraph" w:styleId="Zoznamsodrkami3">
    <w:name w:val="List Bullet 3"/>
    <w:basedOn w:val="Normlny"/>
    <w:uiPriority w:val="99"/>
    <w:unhideWhenUsed/>
    <w:rsid w:val="00326F90"/>
    <w:pPr>
      <w:numPr>
        <w:numId w:val="3"/>
      </w:numPr>
      <w:contextualSpacing/>
    </w:pPr>
  </w:style>
  <w:style w:type="paragraph" w:styleId="slovanzoznam">
    <w:name w:val="List Number"/>
    <w:basedOn w:val="Normlny"/>
    <w:uiPriority w:val="99"/>
    <w:unhideWhenUsed/>
    <w:rsid w:val="00326F90"/>
    <w:pPr>
      <w:numPr>
        <w:numId w:val="5"/>
      </w:numPr>
      <w:contextualSpacing/>
    </w:pPr>
  </w:style>
  <w:style w:type="paragraph" w:styleId="slovanzoznam2">
    <w:name w:val="List Number 2"/>
    <w:basedOn w:val="Normlny"/>
    <w:uiPriority w:val="99"/>
    <w:unhideWhenUsed/>
    <w:rsid w:val="0029639D"/>
    <w:pPr>
      <w:numPr>
        <w:numId w:val="6"/>
      </w:numPr>
      <w:contextualSpacing/>
    </w:pPr>
  </w:style>
  <w:style w:type="paragraph" w:styleId="slovanzoznam3">
    <w:name w:val="List Number 3"/>
    <w:basedOn w:val="Normlny"/>
    <w:uiPriority w:val="99"/>
    <w:unhideWhenUsed/>
    <w:rsid w:val="0029639D"/>
    <w:pPr>
      <w:numPr>
        <w:numId w:val="7"/>
      </w:numPr>
      <w:contextualSpacing/>
    </w:pPr>
  </w:style>
  <w:style w:type="paragraph" w:styleId="Pokraovaniezoznamu">
    <w:name w:val="List Continue"/>
    <w:basedOn w:val="Normlny"/>
    <w:uiPriority w:val="99"/>
    <w:unhideWhenUsed/>
    <w:rsid w:val="0029639D"/>
    <w:pPr>
      <w:spacing w:after="120"/>
      <w:ind w:left="360"/>
      <w:contextualSpacing/>
    </w:pPr>
  </w:style>
  <w:style w:type="paragraph" w:styleId="Pokraovaniezoznamu2">
    <w:name w:val="List Continue 2"/>
    <w:basedOn w:val="Normlny"/>
    <w:uiPriority w:val="99"/>
    <w:unhideWhenUsed/>
    <w:rsid w:val="0029639D"/>
    <w:pPr>
      <w:spacing w:after="120"/>
      <w:ind w:left="720"/>
      <w:contextualSpacing/>
    </w:pPr>
  </w:style>
  <w:style w:type="paragraph" w:styleId="Pokraovaniezoznamu3">
    <w:name w:val="List Continue 3"/>
    <w:basedOn w:val="Normlny"/>
    <w:uiPriority w:val="99"/>
    <w:unhideWhenUsed/>
    <w:rsid w:val="0029639D"/>
    <w:pPr>
      <w:spacing w:after="120"/>
      <w:ind w:left="1080"/>
      <w:contextualSpacing/>
    </w:pPr>
  </w:style>
  <w:style w:type="paragraph" w:styleId="Textmakra">
    <w:name w:val="macro"/>
    <w:link w:val="Textmakra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kraChar">
    <w:name w:val="Text makra Char"/>
    <w:basedOn w:val="Predvolenpsmoodseku"/>
    <w:link w:val="Textmakra"/>
    <w:uiPriority w:val="99"/>
    <w:rsid w:val="0029639D"/>
    <w:rPr>
      <w:rFonts w:ascii="Courier" w:hAnsi="Courier"/>
      <w:sz w:val="20"/>
      <w:szCs w:val="20"/>
    </w:rPr>
  </w:style>
  <w:style w:type="paragraph" w:styleId="Citcia">
    <w:name w:val="Quote"/>
    <w:basedOn w:val="Normlny"/>
    <w:next w:val="Normlny"/>
    <w:link w:val="CitciaChar"/>
    <w:uiPriority w:val="29"/>
    <w:qFormat/>
    <w:rsid w:val="00FC693F"/>
    <w:rPr>
      <w:i/>
      <w:iCs/>
      <w:color w:val="000000" w:themeColor="text1"/>
    </w:rPr>
  </w:style>
  <w:style w:type="character" w:customStyle="1" w:styleId="CitciaChar">
    <w:name w:val="Citácia Char"/>
    <w:basedOn w:val="Predvolenpsmoodseku"/>
    <w:link w:val="Citcia"/>
    <w:uiPriority w:val="29"/>
    <w:rsid w:val="00FC693F"/>
    <w:rPr>
      <w:i/>
      <w:iCs/>
      <w:color w:val="000000" w:themeColor="text1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Popis">
    <w:name w:val="caption"/>
    <w:basedOn w:val="Normlny"/>
    <w:next w:val="Norm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iln">
    <w:name w:val="Strong"/>
    <w:basedOn w:val="Predvolenpsmoodseku"/>
    <w:uiPriority w:val="22"/>
    <w:qFormat/>
    <w:rsid w:val="00FC693F"/>
    <w:rPr>
      <w:b/>
      <w:bCs/>
    </w:rPr>
  </w:style>
  <w:style w:type="character" w:styleId="Zvraznenie">
    <w:name w:val="Emphasis"/>
    <w:basedOn w:val="Predvolenpsmoodseku"/>
    <w:uiPriority w:val="20"/>
    <w:qFormat/>
    <w:rsid w:val="00FC693F"/>
    <w:rPr>
      <w:i/>
      <w:iCs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FC693F"/>
    <w:rPr>
      <w:b/>
      <w:bCs/>
      <w:i/>
      <w:iCs/>
      <w:color w:val="4F81BD" w:themeColor="accent1"/>
    </w:rPr>
  </w:style>
  <w:style w:type="character" w:styleId="Jemnzvraznenie">
    <w:name w:val="Subtle Emphasis"/>
    <w:basedOn w:val="Predvolenpsmoodseku"/>
    <w:uiPriority w:val="19"/>
    <w:qFormat/>
    <w:rsid w:val="00FC693F"/>
    <w:rPr>
      <w:i/>
      <w:iCs/>
      <w:color w:val="808080" w:themeColor="text1" w:themeTint="7F"/>
    </w:rPr>
  </w:style>
  <w:style w:type="character" w:styleId="Intenzvnezvraznenie">
    <w:name w:val="Intense Emphasis"/>
    <w:basedOn w:val="Predvolenpsmoodseku"/>
    <w:uiPriority w:val="21"/>
    <w:qFormat/>
    <w:rsid w:val="00FC693F"/>
    <w:rPr>
      <w:b/>
      <w:bCs/>
      <w:i/>
      <w:iCs/>
      <w:color w:val="4F81BD" w:themeColor="accent1"/>
    </w:rPr>
  </w:style>
  <w:style w:type="character" w:styleId="Jemnodkaz">
    <w:name w:val="Subtle Reference"/>
    <w:basedOn w:val="Predvolenpsmoodseku"/>
    <w:uiPriority w:val="31"/>
    <w:qFormat/>
    <w:rsid w:val="00FC693F"/>
    <w:rPr>
      <w:smallCaps/>
      <w:color w:val="C0504D" w:themeColor="accent2"/>
      <w:u w:val="single"/>
    </w:rPr>
  </w:style>
  <w:style w:type="character" w:styleId="Intenzvnyodkaz">
    <w:name w:val="Intense Reference"/>
    <w:basedOn w:val="Predvolenpsmoodsek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zovknihy">
    <w:name w:val="Book Title"/>
    <w:basedOn w:val="Predvolenpsmoodseku"/>
    <w:uiPriority w:val="33"/>
    <w:qFormat/>
    <w:rsid w:val="00FC693F"/>
    <w:rPr>
      <w:b/>
      <w:bCs/>
      <w:smallCaps/>
      <w:spacing w:val="5"/>
    </w:rPr>
  </w:style>
  <w:style w:type="paragraph" w:styleId="Hlavikaobsahu">
    <w:name w:val="TOC Heading"/>
    <w:basedOn w:val="Nadpis1"/>
    <w:next w:val="Normlny"/>
    <w:uiPriority w:val="39"/>
    <w:semiHidden/>
    <w:unhideWhenUsed/>
    <w:qFormat/>
    <w:rsid w:val="00FC693F"/>
    <w:pPr>
      <w:outlineLvl w:val="9"/>
    </w:pPr>
  </w:style>
  <w:style w:type="table" w:styleId="Mriekatabuky">
    <w:name w:val="Table Grid"/>
    <w:basedOn w:val="Normlnatabuk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etlpodfarbenie">
    <w:name w:val="Light Shading"/>
    <w:basedOn w:val="Normlnatabuk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etlpodfarbeniezvraznenie1">
    <w:name w:val="Light Shading Accent 1"/>
    <w:basedOn w:val="Normlnatabuk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etlpodfarbeniezvraznenie2">
    <w:name w:val="Light Shading Accent 2"/>
    <w:basedOn w:val="Normlnatabuk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etlpodfarbeniezvraznenie3">
    <w:name w:val="Light Shading Accent 3"/>
    <w:basedOn w:val="Normlnatabuk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etlpodfarbeniezvraznenie4">
    <w:name w:val="Light Shading Accent 4"/>
    <w:basedOn w:val="Normlnatabuk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etlpodfarbeniezvraznenie5">
    <w:name w:val="Light Shading Accent 5"/>
    <w:basedOn w:val="Normlnatabuk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etlpodfarbeniezvraznenie6">
    <w:name w:val="Light Shading Accent 6"/>
    <w:basedOn w:val="Normlnatabuk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etlzoznam">
    <w:name w:val="Light List"/>
    <w:basedOn w:val="Normlnatabu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etlzoznamzvraznenie1">
    <w:name w:val="Light List Accent 1"/>
    <w:basedOn w:val="Normlnatabu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etlzoznamzvraznenie2">
    <w:name w:val="Light List Accent 2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etlzoznamzvraznenie3">
    <w:name w:val="Light List Accent 3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etlzoznamzvraznenie4">
    <w:name w:val="Light List Accent 4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etlzoznamzvraznenie5">
    <w:name w:val="Light List Accent 5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vetlzoznamzvraznenie6">
    <w:name w:val="Light List Accent 6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etlmrieka">
    <w:name w:val="Light Grid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etlmriekazvraznenie1">
    <w:name w:val="Light Grid Accent 1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etlmriekazvraznenie2">
    <w:name w:val="Light Grid Accent 2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etlmriekazvraznenie3">
    <w:name w:val="Light Grid Accent 3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etlmriekazvraznenie4">
    <w:name w:val="Light Grid Accent 4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etlmriekazvraznenie5">
    <w:name w:val="Light Grid Accent 5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vetlmriekazvraznenie6">
    <w:name w:val="Light Grid Accent 6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trednpodfarbenie1">
    <w:name w:val="Medium Shading 1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1">
    <w:name w:val="Medium Shading 1 Accent 1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2">
    <w:name w:val="Medium Shading 1 Accent 2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3">
    <w:name w:val="Medium Shading 1 Accent 3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4">
    <w:name w:val="Medium Shading 1 Accent 4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5">
    <w:name w:val="Medium Shading 1 Accent 5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Farebnpodfarbenie1zvraznenie6">
    <w:name w:val="Medium Shading 1 Accent 6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2">
    <w:name w:val="Medium Shading 2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1">
    <w:name w:val="Medium Shading 2 Accent 1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2">
    <w:name w:val="Medium Shading 2 Accent 2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3">
    <w:name w:val="Medium Shading 2 Accent 3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4">
    <w:name w:val="Medium Shading 2 Accent 4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5">
    <w:name w:val="Medium Shading 2 Accent 5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Farebnpodfarbenie2zvraznenie6">
    <w:name w:val="Medium Shading 2 Accent 6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zoznam1">
    <w:name w:val="Medium List 1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trednzoznam1zvraznenie1">
    <w:name w:val="Medium List 1 Accent 1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trednzoznam1zvraznenie2">
    <w:name w:val="Medium List 1 Accent 2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trednzoznam1zvraznenie3">
    <w:name w:val="Medium List 1 Accent 3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trednzoznam1zvraznenie4">
    <w:name w:val="Medium List 1 Accent 4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trednzoznam1zvraznenie5">
    <w:name w:val="Medium List 1 Accent 5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trednzoznam1zvraznenie6">
    <w:name w:val="Medium List 1 Accent 6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trednzoznam2">
    <w:name w:val="Medium List 2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1">
    <w:name w:val="Medium List 2 Accent 1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2">
    <w:name w:val="Medium List 2 Accent 2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3">
    <w:name w:val="Medium List 2 Accent 3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4">
    <w:name w:val="Medium List 2 Accent 4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5">
    <w:name w:val="Medium List 2 Accent 5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6">
    <w:name w:val="Medium List 2 Accent 6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mrieka1">
    <w:name w:val="Medium Grid 1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trednmrieka1zvraznenie1">
    <w:name w:val="Medium Grid 1 Accent 1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trednmrieka1zvraznenie2">
    <w:name w:val="Medium Grid 1 Accent 2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trednmrieka1zvraznenie3">
    <w:name w:val="Medium Grid 1 Accent 3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trednmrieka1zvraznenie4">
    <w:name w:val="Medium Grid 1 Accent 4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trednmrieka1zvraznenie5">
    <w:name w:val="Medium Grid 1 Accent 5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trednmrieka1zvraznenie6">
    <w:name w:val="Medium Grid 1 Accent 6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trednmrieka2">
    <w:name w:val="Medium Grid 2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1">
    <w:name w:val="Medium Grid 2 Accent 1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2">
    <w:name w:val="Medium Grid 2 Accent 2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3">
    <w:name w:val="Medium Grid 2 Accent 3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4">
    <w:name w:val="Medium Grid 2 Accent 4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5">
    <w:name w:val="Medium Grid 2 Accent 5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6">
    <w:name w:val="Medium Grid 2 Accent 6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3">
    <w:name w:val="Medium Grid 3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trednmrieka3zvraznenie1">
    <w:name w:val="Medium Grid 3 Accent 1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trednmrieka3zvraznenie2">
    <w:name w:val="Medium Grid 3 Accent 2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trednmrieka3zvraznenie3">
    <w:name w:val="Medium Grid 3 Accent 3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trednmrieka3zvraznenie4">
    <w:name w:val="Medium Grid 3 Accent 4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trednmrieka3zvraznenie5">
    <w:name w:val="Medium Grid 3 Accent 5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trednmrieka3zvraznenie6">
    <w:name w:val="Medium Grid 3 Accent 6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mavzoznam">
    <w:name w:val="Dark List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mavzoznamzvraznenie1">
    <w:name w:val="Dark List Accent 1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mavzoznamzvraznenie2">
    <w:name w:val="Dark List Accent 2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mavzoznamzvraznenie3">
    <w:name w:val="Dark List Accent 3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mavzoznamzvraznenie4">
    <w:name w:val="Dark List Accent 4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mavzoznamzvraznenie5">
    <w:name w:val="Dark List Accent 5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mavzoznamzvraznenie6">
    <w:name w:val="Dark List Accent 6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Farebnpodfarbenie">
    <w:name w:val="Colorful Shading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1">
    <w:name w:val="Colorful Shading Accent 1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2">
    <w:name w:val="Colorful Shading Accent 2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3">
    <w:name w:val="Colorful Shading Accent 3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ebnpodfarbeniezvraznenie4">
    <w:name w:val="Colorful Shading Accent 4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5">
    <w:name w:val="Colorful Shading Accent 5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6">
    <w:name w:val="Colorful Shading Accent 6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zoznam">
    <w:name w:val="Colorful List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ebnzoznamzvraznenie1">
    <w:name w:val="Colorful List Accent 1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Farebnzoznamzvraznenie2">
    <w:name w:val="Colorful List Accent 2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Farebnzoznamzvraznenie3">
    <w:name w:val="Colorful List Accent 3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Farebnzoznamzvraznenie4">
    <w:name w:val="Colorful List Accent 4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Farebnzoznamzvraznenie5">
    <w:name w:val="Colorful List Accent 5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Farebnzoznamzvraznenie6">
    <w:name w:val="Colorful List Accent 6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Farebnmrieka">
    <w:name w:val="Colorful Grid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ebnmriekazvraznenie1">
    <w:name w:val="Colorful Grid Accent 1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Farebnmriekazvraznenie2">
    <w:name w:val="Colorful Grid Accent 2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Farebnmriekazvraznenie3">
    <w:name w:val="Colorful Grid Accent 3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ebnmriekazvraznenie4">
    <w:name w:val="Colorful Grid Accent 4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Farebnmriekazvraznenie5">
    <w:name w:val="Colorful Grid Accent 5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Farebnmriekazvraznenie6">
    <w:name w:val="Colorful Grid Accent 6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FC693F"/>
  </w:style>
  <w:style w:type="paragraph" w:styleId="Nadpis1">
    <w:name w:val="heading 1"/>
    <w:basedOn w:val="Normlny"/>
    <w:next w:val="Normlny"/>
    <w:link w:val="Nadpis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dpis3">
    <w:name w:val="heading 3"/>
    <w:basedOn w:val="Normlny"/>
    <w:next w:val="Normlny"/>
    <w:link w:val="Nadpis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E618BF"/>
  </w:style>
  <w:style w:type="paragraph" w:styleId="Pta">
    <w:name w:val="footer"/>
    <w:basedOn w:val="Normlny"/>
    <w:link w:val="Pta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E618BF"/>
  </w:style>
  <w:style w:type="paragraph" w:styleId="Bezriadkovania">
    <w:name w:val="No Spacing"/>
    <w:uiPriority w:val="1"/>
    <w:qFormat/>
    <w:rsid w:val="00FC693F"/>
    <w:pPr>
      <w:spacing w:after="0" w:line="240" w:lineRule="auto"/>
    </w:pPr>
  </w:style>
  <w:style w:type="character" w:customStyle="1" w:styleId="Nadpis1Char">
    <w:name w:val="Nadpis 1 Char"/>
    <w:basedOn w:val="Predvolenpsmoodseku"/>
    <w:link w:val="Nadpis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dpis2Char">
    <w:name w:val="Nadpis 2 Char"/>
    <w:basedOn w:val="Predvolenpsmoodseku"/>
    <w:link w:val="Nadpis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dpis3Char">
    <w:name w:val="Nadpis 3 Char"/>
    <w:basedOn w:val="Predvolenpsmoodseku"/>
    <w:link w:val="Nadpis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zov">
    <w:name w:val="Title"/>
    <w:basedOn w:val="Normlny"/>
    <w:next w:val="Normlny"/>
    <w:link w:val="Nzov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ovChar">
    <w:name w:val="Názov Char"/>
    <w:basedOn w:val="Predvolenpsmoodseku"/>
    <w:link w:val="Nzo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sekzoznamu">
    <w:name w:val="List Paragraph"/>
    <w:basedOn w:val="Normlny"/>
    <w:uiPriority w:val="34"/>
    <w:qFormat/>
    <w:rsid w:val="00FC693F"/>
    <w:pPr>
      <w:ind w:left="720"/>
      <w:contextualSpacing/>
    </w:pPr>
  </w:style>
  <w:style w:type="paragraph" w:styleId="Zkladntext">
    <w:name w:val="Body Text"/>
    <w:basedOn w:val="Normlny"/>
    <w:link w:val="ZkladntextChar"/>
    <w:uiPriority w:val="99"/>
    <w:unhideWhenUsed/>
    <w:rsid w:val="00AA1D8D"/>
    <w:pPr>
      <w:spacing w:after="120"/>
    </w:pPr>
  </w:style>
  <w:style w:type="character" w:customStyle="1" w:styleId="ZkladntextChar">
    <w:name w:val="Základný text Char"/>
    <w:basedOn w:val="Predvolenpsmoodseku"/>
    <w:link w:val="Zkladntext"/>
    <w:uiPriority w:val="99"/>
    <w:rsid w:val="00AA1D8D"/>
  </w:style>
  <w:style w:type="paragraph" w:styleId="Zkladntext2">
    <w:name w:val="Body Text 2"/>
    <w:basedOn w:val="Normlny"/>
    <w:link w:val="Zkladntext2Char"/>
    <w:uiPriority w:val="99"/>
    <w:unhideWhenUsed/>
    <w:rsid w:val="00AA1D8D"/>
    <w:pPr>
      <w:spacing w:after="120" w:line="480" w:lineRule="auto"/>
    </w:pPr>
  </w:style>
  <w:style w:type="character" w:customStyle="1" w:styleId="Zkladntext2Char">
    <w:name w:val="Základný text 2 Char"/>
    <w:basedOn w:val="Predvolenpsmoodseku"/>
    <w:link w:val="Zkladntext2"/>
    <w:uiPriority w:val="99"/>
    <w:rsid w:val="00AA1D8D"/>
  </w:style>
  <w:style w:type="paragraph" w:styleId="Zkladntext3">
    <w:name w:val="Body Text 3"/>
    <w:basedOn w:val="Normlny"/>
    <w:link w:val="Zkladn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Zkladntext3Char">
    <w:name w:val="Základný text 3 Char"/>
    <w:basedOn w:val="Predvolenpsmoodseku"/>
    <w:link w:val="Zkladntext3"/>
    <w:uiPriority w:val="99"/>
    <w:rsid w:val="00AA1D8D"/>
    <w:rPr>
      <w:sz w:val="16"/>
      <w:szCs w:val="16"/>
    </w:rPr>
  </w:style>
  <w:style w:type="paragraph" w:styleId="Zoznam">
    <w:name w:val="List"/>
    <w:basedOn w:val="Normlny"/>
    <w:uiPriority w:val="99"/>
    <w:unhideWhenUsed/>
    <w:rsid w:val="00AA1D8D"/>
    <w:pPr>
      <w:ind w:left="360" w:hanging="360"/>
      <w:contextualSpacing/>
    </w:pPr>
  </w:style>
  <w:style w:type="paragraph" w:styleId="Zoznam2">
    <w:name w:val="List 2"/>
    <w:basedOn w:val="Normlny"/>
    <w:uiPriority w:val="99"/>
    <w:unhideWhenUsed/>
    <w:rsid w:val="00326F90"/>
    <w:pPr>
      <w:ind w:left="720" w:hanging="360"/>
      <w:contextualSpacing/>
    </w:pPr>
  </w:style>
  <w:style w:type="paragraph" w:styleId="Zoznam3">
    <w:name w:val="List 3"/>
    <w:basedOn w:val="Normlny"/>
    <w:uiPriority w:val="99"/>
    <w:unhideWhenUsed/>
    <w:rsid w:val="00326F90"/>
    <w:pPr>
      <w:ind w:left="1080" w:hanging="360"/>
      <w:contextualSpacing/>
    </w:pPr>
  </w:style>
  <w:style w:type="paragraph" w:styleId="Zoznamsodrkami">
    <w:name w:val="List Bullet"/>
    <w:basedOn w:val="Normlny"/>
    <w:uiPriority w:val="99"/>
    <w:unhideWhenUsed/>
    <w:rsid w:val="00326F90"/>
    <w:pPr>
      <w:numPr>
        <w:numId w:val="1"/>
      </w:numPr>
      <w:contextualSpacing/>
    </w:pPr>
  </w:style>
  <w:style w:type="paragraph" w:styleId="Zoznamsodrkami2">
    <w:name w:val="List Bullet 2"/>
    <w:basedOn w:val="Normlny"/>
    <w:uiPriority w:val="99"/>
    <w:unhideWhenUsed/>
    <w:rsid w:val="00326F90"/>
    <w:pPr>
      <w:numPr>
        <w:numId w:val="2"/>
      </w:numPr>
      <w:contextualSpacing/>
    </w:pPr>
  </w:style>
  <w:style w:type="paragraph" w:styleId="Zoznamsodrkami3">
    <w:name w:val="List Bullet 3"/>
    <w:basedOn w:val="Normlny"/>
    <w:uiPriority w:val="99"/>
    <w:unhideWhenUsed/>
    <w:rsid w:val="00326F90"/>
    <w:pPr>
      <w:numPr>
        <w:numId w:val="3"/>
      </w:numPr>
      <w:contextualSpacing/>
    </w:pPr>
  </w:style>
  <w:style w:type="paragraph" w:styleId="slovanzoznam">
    <w:name w:val="List Number"/>
    <w:basedOn w:val="Normlny"/>
    <w:uiPriority w:val="99"/>
    <w:unhideWhenUsed/>
    <w:rsid w:val="00326F90"/>
    <w:pPr>
      <w:numPr>
        <w:numId w:val="5"/>
      </w:numPr>
      <w:contextualSpacing/>
    </w:pPr>
  </w:style>
  <w:style w:type="paragraph" w:styleId="slovanzoznam2">
    <w:name w:val="List Number 2"/>
    <w:basedOn w:val="Normlny"/>
    <w:uiPriority w:val="99"/>
    <w:unhideWhenUsed/>
    <w:rsid w:val="0029639D"/>
    <w:pPr>
      <w:numPr>
        <w:numId w:val="6"/>
      </w:numPr>
      <w:contextualSpacing/>
    </w:pPr>
  </w:style>
  <w:style w:type="paragraph" w:styleId="slovanzoznam3">
    <w:name w:val="List Number 3"/>
    <w:basedOn w:val="Normlny"/>
    <w:uiPriority w:val="99"/>
    <w:unhideWhenUsed/>
    <w:rsid w:val="0029639D"/>
    <w:pPr>
      <w:numPr>
        <w:numId w:val="7"/>
      </w:numPr>
      <w:contextualSpacing/>
    </w:pPr>
  </w:style>
  <w:style w:type="paragraph" w:styleId="Pokraovaniezoznamu">
    <w:name w:val="List Continue"/>
    <w:basedOn w:val="Normlny"/>
    <w:uiPriority w:val="99"/>
    <w:unhideWhenUsed/>
    <w:rsid w:val="0029639D"/>
    <w:pPr>
      <w:spacing w:after="120"/>
      <w:ind w:left="360"/>
      <w:contextualSpacing/>
    </w:pPr>
  </w:style>
  <w:style w:type="paragraph" w:styleId="Pokraovaniezoznamu2">
    <w:name w:val="List Continue 2"/>
    <w:basedOn w:val="Normlny"/>
    <w:uiPriority w:val="99"/>
    <w:unhideWhenUsed/>
    <w:rsid w:val="0029639D"/>
    <w:pPr>
      <w:spacing w:after="120"/>
      <w:ind w:left="720"/>
      <w:contextualSpacing/>
    </w:pPr>
  </w:style>
  <w:style w:type="paragraph" w:styleId="Pokraovaniezoznamu3">
    <w:name w:val="List Continue 3"/>
    <w:basedOn w:val="Normlny"/>
    <w:uiPriority w:val="99"/>
    <w:unhideWhenUsed/>
    <w:rsid w:val="0029639D"/>
    <w:pPr>
      <w:spacing w:after="120"/>
      <w:ind w:left="1080"/>
      <w:contextualSpacing/>
    </w:pPr>
  </w:style>
  <w:style w:type="paragraph" w:styleId="Textmakra">
    <w:name w:val="macro"/>
    <w:link w:val="Textmakra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kraChar">
    <w:name w:val="Text makra Char"/>
    <w:basedOn w:val="Predvolenpsmoodseku"/>
    <w:link w:val="Textmakra"/>
    <w:uiPriority w:val="99"/>
    <w:rsid w:val="0029639D"/>
    <w:rPr>
      <w:rFonts w:ascii="Courier" w:hAnsi="Courier"/>
      <w:sz w:val="20"/>
      <w:szCs w:val="20"/>
    </w:rPr>
  </w:style>
  <w:style w:type="paragraph" w:styleId="Citcia">
    <w:name w:val="Quote"/>
    <w:basedOn w:val="Normlny"/>
    <w:next w:val="Normlny"/>
    <w:link w:val="CitciaChar"/>
    <w:uiPriority w:val="29"/>
    <w:qFormat/>
    <w:rsid w:val="00FC693F"/>
    <w:rPr>
      <w:i/>
      <w:iCs/>
      <w:color w:val="000000" w:themeColor="text1"/>
    </w:rPr>
  </w:style>
  <w:style w:type="character" w:customStyle="1" w:styleId="CitciaChar">
    <w:name w:val="Citácia Char"/>
    <w:basedOn w:val="Predvolenpsmoodseku"/>
    <w:link w:val="Citcia"/>
    <w:uiPriority w:val="29"/>
    <w:rsid w:val="00FC693F"/>
    <w:rPr>
      <w:i/>
      <w:iCs/>
      <w:color w:val="000000" w:themeColor="text1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Popis">
    <w:name w:val="caption"/>
    <w:basedOn w:val="Normlny"/>
    <w:next w:val="Norm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iln">
    <w:name w:val="Strong"/>
    <w:basedOn w:val="Predvolenpsmoodseku"/>
    <w:uiPriority w:val="22"/>
    <w:qFormat/>
    <w:rsid w:val="00FC693F"/>
    <w:rPr>
      <w:b/>
      <w:bCs/>
    </w:rPr>
  </w:style>
  <w:style w:type="character" w:styleId="Zvraznenie">
    <w:name w:val="Emphasis"/>
    <w:basedOn w:val="Predvolenpsmoodseku"/>
    <w:uiPriority w:val="20"/>
    <w:qFormat/>
    <w:rsid w:val="00FC693F"/>
    <w:rPr>
      <w:i/>
      <w:iCs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FC693F"/>
    <w:rPr>
      <w:b/>
      <w:bCs/>
      <w:i/>
      <w:iCs/>
      <w:color w:val="4F81BD" w:themeColor="accent1"/>
    </w:rPr>
  </w:style>
  <w:style w:type="character" w:styleId="Jemnzvraznenie">
    <w:name w:val="Subtle Emphasis"/>
    <w:basedOn w:val="Predvolenpsmoodseku"/>
    <w:uiPriority w:val="19"/>
    <w:qFormat/>
    <w:rsid w:val="00FC693F"/>
    <w:rPr>
      <w:i/>
      <w:iCs/>
      <w:color w:val="808080" w:themeColor="text1" w:themeTint="7F"/>
    </w:rPr>
  </w:style>
  <w:style w:type="character" w:styleId="Intenzvnezvraznenie">
    <w:name w:val="Intense Emphasis"/>
    <w:basedOn w:val="Predvolenpsmoodseku"/>
    <w:uiPriority w:val="21"/>
    <w:qFormat/>
    <w:rsid w:val="00FC693F"/>
    <w:rPr>
      <w:b/>
      <w:bCs/>
      <w:i/>
      <w:iCs/>
      <w:color w:val="4F81BD" w:themeColor="accent1"/>
    </w:rPr>
  </w:style>
  <w:style w:type="character" w:styleId="Jemnodkaz">
    <w:name w:val="Subtle Reference"/>
    <w:basedOn w:val="Predvolenpsmoodseku"/>
    <w:uiPriority w:val="31"/>
    <w:qFormat/>
    <w:rsid w:val="00FC693F"/>
    <w:rPr>
      <w:smallCaps/>
      <w:color w:val="C0504D" w:themeColor="accent2"/>
      <w:u w:val="single"/>
    </w:rPr>
  </w:style>
  <w:style w:type="character" w:styleId="Intenzvnyodkaz">
    <w:name w:val="Intense Reference"/>
    <w:basedOn w:val="Predvolenpsmoodsek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zovknihy">
    <w:name w:val="Book Title"/>
    <w:basedOn w:val="Predvolenpsmoodseku"/>
    <w:uiPriority w:val="33"/>
    <w:qFormat/>
    <w:rsid w:val="00FC693F"/>
    <w:rPr>
      <w:b/>
      <w:bCs/>
      <w:smallCaps/>
      <w:spacing w:val="5"/>
    </w:rPr>
  </w:style>
  <w:style w:type="paragraph" w:styleId="Hlavikaobsahu">
    <w:name w:val="TOC Heading"/>
    <w:basedOn w:val="Nadpis1"/>
    <w:next w:val="Normlny"/>
    <w:uiPriority w:val="39"/>
    <w:semiHidden/>
    <w:unhideWhenUsed/>
    <w:qFormat/>
    <w:rsid w:val="00FC693F"/>
    <w:pPr>
      <w:outlineLvl w:val="9"/>
    </w:pPr>
  </w:style>
  <w:style w:type="table" w:styleId="Mriekatabuky">
    <w:name w:val="Table Grid"/>
    <w:basedOn w:val="Normlnatabuk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etlpodfarbenie">
    <w:name w:val="Light Shading"/>
    <w:basedOn w:val="Normlnatabuk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etlpodfarbeniezvraznenie1">
    <w:name w:val="Light Shading Accent 1"/>
    <w:basedOn w:val="Normlnatabuk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etlpodfarbeniezvraznenie2">
    <w:name w:val="Light Shading Accent 2"/>
    <w:basedOn w:val="Normlnatabuk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etlpodfarbeniezvraznenie3">
    <w:name w:val="Light Shading Accent 3"/>
    <w:basedOn w:val="Normlnatabuk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etlpodfarbeniezvraznenie4">
    <w:name w:val="Light Shading Accent 4"/>
    <w:basedOn w:val="Normlnatabuk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etlpodfarbeniezvraznenie5">
    <w:name w:val="Light Shading Accent 5"/>
    <w:basedOn w:val="Normlnatabuk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etlpodfarbeniezvraznenie6">
    <w:name w:val="Light Shading Accent 6"/>
    <w:basedOn w:val="Normlnatabuk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etlzoznam">
    <w:name w:val="Light List"/>
    <w:basedOn w:val="Normlnatabu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etlzoznamzvraznenie1">
    <w:name w:val="Light List Accent 1"/>
    <w:basedOn w:val="Normlnatabu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etlzoznamzvraznenie2">
    <w:name w:val="Light List Accent 2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etlzoznamzvraznenie3">
    <w:name w:val="Light List Accent 3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etlzoznamzvraznenie4">
    <w:name w:val="Light List Accent 4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etlzoznamzvraznenie5">
    <w:name w:val="Light List Accent 5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vetlzoznamzvraznenie6">
    <w:name w:val="Light List Accent 6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etlmrieka">
    <w:name w:val="Light Grid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etlmriekazvraznenie1">
    <w:name w:val="Light Grid Accent 1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etlmriekazvraznenie2">
    <w:name w:val="Light Grid Accent 2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etlmriekazvraznenie3">
    <w:name w:val="Light Grid Accent 3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etlmriekazvraznenie4">
    <w:name w:val="Light Grid Accent 4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etlmriekazvraznenie5">
    <w:name w:val="Light Grid Accent 5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vetlmriekazvraznenie6">
    <w:name w:val="Light Grid Accent 6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trednpodfarbenie1">
    <w:name w:val="Medium Shading 1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1">
    <w:name w:val="Medium Shading 1 Accent 1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2">
    <w:name w:val="Medium Shading 1 Accent 2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3">
    <w:name w:val="Medium Shading 1 Accent 3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4">
    <w:name w:val="Medium Shading 1 Accent 4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5">
    <w:name w:val="Medium Shading 1 Accent 5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Farebnpodfarbenie1zvraznenie6">
    <w:name w:val="Medium Shading 1 Accent 6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2">
    <w:name w:val="Medium Shading 2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1">
    <w:name w:val="Medium Shading 2 Accent 1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2">
    <w:name w:val="Medium Shading 2 Accent 2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3">
    <w:name w:val="Medium Shading 2 Accent 3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4">
    <w:name w:val="Medium Shading 2 Accent 4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5">
    <w:name w:val="Medium Shading 2 Accent 5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Farebnpodfarbenie2zvraznenie6">
    <w:name w:val="Medium Shading 2 Accent 6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zoznam1">
    <w:name w:val="Medium List 1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trednzoznam1zvraznenie1">
    <w:name w:val="Medium List 1 Accent 1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trednzoznam1zvraznenie2">
    <w:name w:val="Medium List 1 Accent 2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trednzoznam1zvraznenie3">
    <w:name w:val="Medium List 1 Accent 3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trednzoznam1zvraznenie4">
    <w:name w:val="Medium List 1 Accent 4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trednzoznam1zvraznenie5">
    <w:name w:val="Medium List 1 Accent 5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trednzoznam1zvraznenie6">
    <w:name w:val="Medium List 1 Accent 6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trednzoznam2">
    <w:name w:val="Medium List 2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1">
    <w:name w:val="Medium List 2 Accent 1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2">
    <w:name w:val="Medium List 2 Accent 2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3">
    <w:name w:val="Medium List 2 Accent 3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4">
    <w:name w:val="Medium List 2 Accent 4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5">
    <w:name w:val="Medium List 2 Accent 5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6">
    <w:name w:val="Medium List 2 Accent 6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mrieka1">
    <w:name w:val="Medium Grid 1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trednmrieka1zvraznenie1">
    <w:name w:val="Medium Grid 1 Accent 1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trednmrieka1zvraznenie2">
    <w:name w:val="Medium Grid 1 Accent 2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trednmrieka1zvraznenie3">
    <w:name w:val="Medium Grid 1 Accent 3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trednmrieka1zvraznenie4">
    <w:name w:val="Medium Grid 1 Accent 4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trednmrieka1zvraznenie5">
    <w:name w:val="Medium Grid 1 Accent 5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trednmrieka1zvraznenie6">
    <w:name w:val="Medium Grid 1 Accent 6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trednmrieka2">
    <w:name w:val="Medium Grid 2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1">
    <w:name w:val="Medium Grid 2 Accent 1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2">
    <w:name w:val="Medium Grid 2 Accent 2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3">
    <w:name w:val="Medium Grid 2 Accent 3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4">
    <w:name w:val="Medium Grid 2 Accent 4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5">
    <w:name w:val="Medium Grid 2 Accent 5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6">
    <w:name w:val="Medium Grid 2 Accent 6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3">
    <w:name w:val="Medium Grid 3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trednmrieka3zvraznenie1">
    <w:name w:val="Medium Grid 3 Accent 1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trednmrieka3zvraznenie2">
    <w:name w:val="Medium Grid 3 Accent 2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trednmrieka3zvraznenie3">
    <w:name w:val="Medium Grid 3 Accent 3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trednmrieka3zvraznenie4">
    <w:name w:val="Medium Grid 3 Accent 4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trednmrieka3zvraznenie5">
    <w:name w:val="Medium Grid 3 Accent 5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trednmrieka3zvraznenie6">
    <w:name w:val="Medium Grid 3 Accent 6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mavzoznam">
    <w:name w:val="Dark List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mavzoznamzvraznenie1">
    <w:name w:val="Dark List Accent 1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mavzoznamzvraznenie2">
    <w:name w:val="Dark List Accent 2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mavzoznamzvraznenie3">
    <w:name w:val="Dark List Accent 3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mavzoznamzvraznenie4">
    <w:name w:val="Dark List Accent 4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mavzoznamzvraznenie5">
    <w:name w:val="Dark List Accent 5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mavzoznamzvraznenie6">
    <w:name w:val="Dark List Accent 6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Farebnpodfarbenie">
    <w:name w:val="Colorful Shading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1">
    <w:name w:val="Colorful Shading Accent 1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2">
    <w:name w:val="Colorful Shading Accent 2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3">
    <w:name w:val="Colorful Shading Accent 3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ebnpodfarbeniezvraznenie4">
    <w:name w:val="Colorful Shading Accent 4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5">
    <w:name w:val="Colorful Shading Accent 5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6">
    <w:name w:val="Colorful Shading Accent 6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zoznam">
    <w:name w:val="Colorful List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ebnzoznamzvraznenie1">
    <w:name w:val="Colorful List Accent 1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Farebnzoznamzvraznenie2">
    <w:name w:val="Colorful List Accent 2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Farebnzoznamzvraznenie3">
    <w:name w:val="Colorful List Accent 3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Farebnzoznamzvraznenie4">
    <w:name w:val="Colorful List Accent 4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Farebnzoznamzvraznenie5">
    <w:name w:val="Colorful List Accent 5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Farebnzoznamzvraznenie6">
    <w:name w:val="Colorful List Accent 6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Farebnmrieka">
    <w:name w:val="Colorful Grid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ebnmriekazvraznenie1">
    <w:name w:val="Colorful Grid Accent 1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Farebnmriekazvraznenie2">
    <w:name w:val="Colorful Grid Accent 2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Farebnmriekazvraznenie3">
    <w:name w:val="Colorful Grid Accent 3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ebnmriekazvraznenie4">
    <w:name w:val="Colorful Grid Accent 4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Farebnmriekazvraznenie5">
    <w:name w:val="Colorful Grid Accent 5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Farebnmriekazvraznenie6">
    <w:name w:val="Colorful Grid Accent 6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customXml" Target="../customXml/item4.xml"/><Relationship Id="rId5" Type="http://schemas.openxmlformats.org/officeDocument/2006/relationships/settings" Target="settings.xml"/><Relationship Id="rId10" Type="http://schemas.openxmlformats.org/officeDocument/2006/relationships/customXml" Target="../customXml/item3.xml"/><Relationship Id="rId4" Type="http://schemas.microsoft.com/office/2007/relationships/stylesWithEffects" Target="stylesWithEffects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C289211628196340B5F3A22E7127CE82" ma:contentTypeVersion="3" ma:contentTypeDescription="Umožňuje vytvoriť nový dokument." ma:contentTypeScope="" ma:versionID="d592a16ff5d462ba7dcb39898aed72ed">
  <xsd:schema xmlns:xsd="http://www.w3.org/2001/XMLSchema" xmlns:xs="http://www.w3.org/2001/XMLSchema" xmlns:p="http://schemas.microsoft.com/office/2006/metadata/properties" xmlns:ns2="36ad365f-09a7-4b25-a4a8-0e1ef3007675" targetNamespace="http://schemas.microsoft.com/office/2006/metadata/properties" ma:root="true" ma:fieldsID="2a29e439a60a58a924a818b4563a650c" ns2:_="">
    <xsd:import namespace="36ad365f-09a7-4b25-a4a8-0e1ef300767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6ad365f-09a7-4b25-a4a8-0e1ef300767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EE553A3F-91EF-45BA-BC0D-769FCFF82F8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91CB5FC-560F-431C-931F-AFAB79F6D61A}"/>
</file>

<file path=customXml/itemProps3.xml><?xml version="1.0" encoding="utf-8"?>
<ds:datastoreItem xmlns:ds="http://schemas.openxmlformats.org/officeDocument/2006/customXml" ds:itemID="{B76ED1F8-2B81-4295-B2EC-DE089B4216F6}"/>
</file>

<file path=customXml/itemProps4.xml><?xml version="1.0" encoding="utf-8"?>
<ds:datastoreItem xmlns:ds="http://schemas.openxmlformats.org/officeDocument/2006/customXml" ds:itemID="{5588799F-719C-4E5C-9001-1B83C8B31779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190</Words>
  <Characters>1088</Characters>
  <Application>Microsoft Office Word</Application>
  <DocSecurity>0</DocSecurity>
  <Lines>9</Lines>
  <Paragraphs>2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1276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dc:description>generated by python-docx</dc:description>
  <cp:lastModifiedBy>Acer</cp:lastModifiedBy>
  <cp:revision>4</cp:revision>
  <dcterms:created xsi:type="dcterms:W3CDTF">2026-06-10T14:10:00Z</dcterms:created>
  <dcterms:modified xsi:type="dcterms:W3CDTF">2026-06-10T15:35:00Z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0x010100C289211628196340B5F3A22E7127CE82</vt:lpwstr>
  </property>
</Properties>
</file>